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C5FB1" w14:textId="77777777" w:rsidR="00BA4B56" w:rsidRPr="008125E0" w:rsidRDefault="00203340">
      <w:pPr>
        <w:jc w:val="right"/>
        <w:rPr>
          <w:rFonts w:asciiTheme="minorEastAsia" w:hAnsiTheme="minorEastAsia"/>
          <w:lang w:eastAsia="ja-JP"/>
        </w:rPr>
      </w:pPr>
      <w:r w:rsidRPr="008125E0">
        <w:rPr>
          <w:rFonts w:asciiTheme="minorEastAsia" w:hAnsiTheme="minorEastAsia"/>
          <w:b/>
          <w:color w:val="000000"/>
          <w:lang w:eastAsia="ja-JP"/>
        </w:rPr>
        <w:t>（様式４）</w:t>
      </w:r>
    </w:p>
    <w:p w14:paraId="1F7FE757" w14:textId="77777777" w:rsidR="00BA4B56" w:rsidRPr="008125E0" w:rsidRDefault="00203340">
      <w:pPr>
        <w:spacing w:after="400"/>
        <w:jc w:val="center"/>
        <w:rPr>
          <w:rFonts w:asciiTheme="minorEastAsia" w:hAnsiTheme="minorEastAsia"/>
          <w:lang w:eastAsia="ja-JP"/>
        </w:rPr>
      </w:pPr>
      <w:r w:rsidRPr="008125E0">
        <w:rPr>
          <w:rFonts w:asciiTheme="minorEastAsia" w:hAnsiTheme="minorEastAsia"/>
          <w:b/>
          <w:color w:val="000000"/>
          <w:sz w:val="36"/>
          <w:lang w:eastAsia="ja-JP"/>
        </w:rPr>
        <w:t>辞　退　届</w:t>
      </w:r>
    </w:p>
    <w:p w14:paraId="08DAA683" w14:textId="77777777" w:rsidR="00BA4B56" w:rsidRPr="008125E0" w:rsidRDefault="00203340">
      <w:pPr>
        <w:rPr>
          <w:rFonts w:asciiTheme="minorEastAsia" w:hAnsiTheme="minorEastAsia"/>
          <w:lang w:eastAsia="ja-JP"/>
        </w:rPr>
      </w:pPr>
      <w:r w:rsidRPr="008125E0">
        <w:rPr>
          <w:rFonts w:asciiTheme="minorEastAsia" w:hAnsiTheme="minorEastAsia"/>
          <w:color w:val="000000"/>
          <w:lang w:eastAsia="ja-JP"/>
        </w:rPr>
        <w:t>（あて先）</w:t>
      </w:r>
      <w:r w:rsidRPr="008125E0">
        <w:rPr>
          <w:rFonts w:asciiTheme="minorEastAsia" w:hAnsiTheme="minorEastAsia"/>
          <w:color w:val="000000"/>
          <w:lang w:eastAsia="ja-JP"/>
        </w:rPr>
        <w:br/>
        <w:t>地方独立行政法人京都市産業技術研究所</w:t>
      </w:r>
      <w:r w:rsidRPr="008125E0">
        <w:rPr>
          <w:rFonts w:asciiTheme="minorEastAsia" w:hAnsiTheme="minorEastAsia"/>
          <w:color w:val="000000"/>
          <w:lang w:eastAsia="ja-JP"/>
        </w:rPr>
        <w:br/>
        <w:t>理事長　様</w:t>
      </w:r>
    </w:p>
    <w:p w14:paraId="4732A204" w14:textId="77777777" w:rsidR="00BA4B56" w:rsidRPr="008125E0" w:rsidRDefault="00203340">
      <w:pPr>
        <w:jc w:val="right"/>
        <w:rPr>
          <w:rFonts w:asciiTheme="minorEastAsia" w:hAnsiTheme="minorEastAsia"/>
        </w:rPr>
      </w:pPr>
      <w:proofErr w:type="spellStart"/>
      <w:proofErr w:type="gramStart"/>
      <w:r w:rsidRPr="008125E0">
        <w:rPr>
          <w:rFonts w:asciiTheme="minorEastAsia" w:hAnsiTheme="minorEastAsia"/>
          <w:color w:val="000000"/>
        </w:rPr>
        <w:t>令和</w:t>
      </w:r>
      <w:proofErr w:type="spellEnd"/>
      <w:r w:rsidRPr="008125E0">
        <w:rPr>
          <w:rFonts w:asciiTheme="minorEastAsia" w:hAnsiTheme="minorEastAsia"/>
          <w:color w:val="000000"/>
        </w:rPr>
        <w:t xml:space="preserve">　　年</w:t>
      </w:r>
      <w:proofErr w:type="gramEnd"/>
      <w:r w:rsidRPr="008125E0">
        <w:rPr>
          <w:rFonts w:asciiTheme="minorEastAsia" w:hAnsiTheme="minorEastAsia"/>
          <w:color w:val="000000"/>
        </w:rPr>
        <w:t xml:space="preserve">　　</w:t>
      </w:r>
      <w:proofErr w:type="gramStart"/>
      <w:r w:rsidRPr="008125E0">
        <w:rPr>
          <w:rFonts w:asciiTheme="minorEastAsia" w:hAnsiTheme="minorEastAsia"/>
          <w:color w:val="000000"/>
        </w:rPr>
        <w:t>月　　日</w:t>
      </w:r>
      <w:proofErr w:type="gramEnd"/>
      <w:r w:rsidRPr="008125E0">
        <w:rPr>
          <w:rFonts w:asciiTheme="minorEastAsia" w:hAnsiTheme="minorEastAsia"/>
          <w:color w:val="000000"/>
        </w:rPr>
        <w:br/>
      </w:r>
      <w:r w:rsidRPr="008125E0">
        <w:rPr>
          <w:rFonts w:asciiTheme="minorEastAsia" w:hAnsiTheme="minorEastAsia"/>
          <w:color w:val="000000"/>
        </w:rPr>
        <w:br/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BA4B56" w:rsidRPr="008125E0" w14:paraId="4E66502B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7E56A8" w14:textId="77777777" w:rsidR="00BA4B56" w:rsidRPr="008125E0" w:rsidRDefault="00203340">
            <w:pPr>
              <w:rPr>
                <w:rFonts w:asciiTheme="minorEastAsia" w:hAnsiTheme="minorEastAsia"/>
              </w:rPr>
            </w:pPr>
            <w:proofErr w:type="spellStart"/>
            <w:r w:rsidRPr="008125E0">
              <w:rPr>
                <w:rFonts w:asciiTheme="minorEastAsia" w:hAnsiTheme="minorEastAsia"/>
                <w:b/>
                <w:color w:val="000000"/>
                <w:sz w:val="20"/>
              </w:rPr>
              <w:t>事業者</w:t>
            </w:r>
            <w:proofErr w:type="spellEnd"/>
            <w:r w:rsidRPr="008125E0">
              <w:rPr>
                <w:rFonts w:asciiTheme="minorEastAsia" w:hAnsiTheme="minorEastAsia"/>
                <w:b/>
                <w:color w:val="000000"/>
                <w:sz w:val="20"/>
              </w:rPr>
              <w:t xml:space="preserve"> </w:t>
            </w:r>
            <w:proofErr w:type="spellStart"/>
            <w:r w:rsidRPr="008125E0">
              <w:rPr>
                <w:rFonts w:asciiTheme="minorEastAsia" w:hAnsiTheme="minorEastAsia"/>
                <w:b/>
                <w:color w:val="000000"/>
                <w:sz w:val="20"/>
              </w:rPr>
              <w:t>所在地</w:t>
            </w:r>
            <w:proofErr w:type="spellEnd"/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CF57C1" w14:textId="77777777" w:rsidR="00BA4B56" w:rsidRPr="008125E0" w:rsidRDefault="00203340">
            <w:pPr>
              <w:rPr>
                <w:rFonts w:asciiTheme="minorEastAsia" w:hAnsiTheme="minorEastAsia"/>
              </w:rPr>
            </w:pPr>
            <w:r w:rsidRPr="008125E0">
              <w:rPr>
                <w:rFonts w:asciiTheme="minorEastAsia" w:hAnsiTheme="minorEastAsia"/>
                <w:color w:val="000000"/>
                <w:sz w:val="20"/>
              </w:rPr>
              <w:t>〒</w:t>
            </w:r>
          </w:p>
        </w:tc>
      </w:tr>
      <w:tr w:rsidR="00BA4B56" w:rsidRPr="008125E0" w14:paraId="504192F2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1E5F48" w14:textId="77777777" w:rsidR="00BA4B56" w:rsidRPr="008125E0" w:rsidRDefault="00203340">
            <w:pPr>
              <w:rPr>
                <w:rFonts w:asciiTheme="minorEastAsia" w:hAnsiTheme="minorEastAsia"/>
              </w:rPr>
            </w:pPr>
            <w:r w:rsidRPr="008125E0">
              <w:rPr>
                <w:rFonts w:asciiTheme="minorEastAsia" w:hAnsiTheme="minorEastAsia"/>
                <w:b/>
                <w:color w:val="000000"/>
                <w:sz w:val="20"/>
              </w:rPr>
              <w:t>商号又は名称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3A28F2" w14:textId="77777777" w:rsidR="00BA4B56" w:rsidRPr="008125E0" w:rsidRDefault="00BA4B56">
            <w:pPr>
              <w:rPr>
                <w:rFonts w:asciiTheme="minorEastAsia" w:hAnsiTheme="minorEastAsia"/>
              </w:rPr>
            </w:pPr>
          </w:p>
        </w:tc>
      </w:tr>
      <w:tr w:rsidR="00BA4B56" w:rsidRPr="008125E0" w14:paraId="1F349DA1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AF2F3E" w14:textId="77777777" w:rsidR="00BA4B56" w:rsidRPr="008125E0" w:rsidRDefault="00203340">
            <w:pPr>
              <w:rPr>
                <w:rFonts w:asciiTheme="minorEastAsia" w:hAnsiTheme="minorEastAsia"/>
                <w:lang w:eastAsia="ja-JP"/>
              </w:rPr>
            </w:pPr>
            <w:r w:rsidRPr="008125E0">
              <w:rPr>
                <w:rFonts w:asciiTheme="minorEastAsia" w:hAnsiTheme="minorEastAsia"/>
                <w:b/>
                <w:color w:val="000000"/>
                <w:sz w:val="20"/>
                <w:lang w:eastAsia="ja-JP"/>
              </w:rPr>
              <w:t>代表者（受任者）職・氏名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45BDB" w14:textId="77777777" w:rsidR="00BA4B56" w:rsidRPr="008125E0" w:rsidRDefault="00BA4B56">
            <w:pPr>
              <w:rPr>
                <w:rFonts w:asciiTheme="minorEastAsia" w:hAnsiTheme="minorEastAsia"/>
                <w:lang w:eastAsia="ja-JP"/>
              </w:rPr>
            </w:pPr>
          </w:p>
        </w:tc>
      </w:tr>
      <w:tr w:rsidR="00BA4B56" w:rsidRPr="008125E0" w14:paraId="1B6E41BC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8FDE63" w14:textId="77777777" w:rsidR="00BA4B56" w:rsidRPr="008125E0" w:rsidRDefault="00203340">
            <w:pPr>
              <w:rPr>
                <w:rFonts w:asciiTheme="minorEastAsia" w:hAnsiTheme="minorEastAsia"/>
              </w:rPr>
            </w:pPr>
            <w:r w:rsidRPr="008125E0">
              <w:rPr>
                <w:rFonts w:asciiTheme="minorEastAsia" w:hAnsiTheme="minorEastAsia"/>
                <w:b/>
                <w:color w:val="000000"/>
                <w:sz w:val="20"/>
              </w:rPr>
              <w:t>印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535EF1" w14:textId="77777777" w:rsidR="00BA4B56" w:rsidRPr="008125E0" w:rsidRDefault="00203340">
            <w:pPr>
              <w:rPr>
                <w:rFonts w:asciiTheme="minorEastAsia" w:hAnsiTheme="minorEastAsia"/>
              </w:rPr>
            </w:pPr>
            <w:r w:rsidRPr="008125E0">
              <w:rPr>
                <w:rFonts w:asciiTheme="minorEastAsia" w:hAnsiTheme="minorEastAsia"/>
                <w:color w:val="000000"/>
                <w:sz w:val="20"/>
              </w:rPr>
              <w:t xml:space="preserve">　　　　　　　　　　　　　　　　　　　　印</w:t>
            </w:r>
          </w:p>
        </w:tc>
      </w:tr>
      <w:tr w:rsidR="00BA4B56" w:rsidRPr="008125E0" w14:paraId="0F49E10C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DC7846" w14:textId="77777777" w:rsidR="00BA4B56" w:rsidRPr="008125E0" w:rsidRDefault="00203340">
            <w:pPr>
              <w:rPr>
                <w:rFonts w:asciiTheme="minorEastAsia" w:hAnsiTheme="minorEastAsia"/>
              </w:rPr>
            </w:pPr>
            <w:r w:rsidRPr="008125E0">
              <w:rPr>
                <w:rFonts w:asciiTheme="minorEastAsia" w:hAnsiTheme="minorEastAsia"/>
                <w:b/>
                <w:color w:val="000000"/>
                <w:sz w:val="20"/>
              </w:rPr>
              <w:t>連絡担当者</w:t>
            </w:r>
          </w:p>
        </w:tc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FF115C" w14:textId="77777777" w:rsidR="00BA4B56" w:rsidRPr="008125E0" w:rsidRDefault="00203340">
            <w:pPr>
              <w:rPr>
                <w:rFonts w:asciiTheme="minorEastAsia" w:hAnsiTheme="minorEastAsia"/>
                <w:lang w:eastAsia="ja-JP"/>
              </w:rPr>
            </w:pPr>
            <w:r w:rsidRPr="008125E0">
              <w:rPr>
                <w:rFonts w:asciiTheme="minorEastAsia" w:hAnsiTheme="minorEastAsia"/>
                <w:color w:val="000000"/>
                <w:sz w:val="20"/>
                <w:lang w:eastAsia="ja-JP"/>
              </w:rPr>
              <w:t>所属・職・氏名：</w:t>
            </w:r>
            <w:r w:rsidRPr="008125E0">
              <w:rPr>
                <w:rFonts w:asciiTheme="minorEastAsia" w:hAnsiTheme="minorEastAsia"/>
                <w:color w:val="000000"/>
                <w:sz w:val="20"/>
                <w:lang w:eastAsia="ja-JP"/>
              </w:rPr>
              <w:br/>
              <w:t>TEL：</w:t>
            </w:r>
          </w:p>
        </w:tc>
      </w:tr>
    </w:tbl>
    <w:p w14:paraId="204B4F1F" w14:textId="77777777" w:rsidR="00BA4B56" w:rsidRPr="008125E0" w:rsidRDefault="00203340">
      <w:pPr>
        <w:spacing w:before="600" w:line="312" w:lineRule="auto"/>
        <w:rPr>
          <w:rFonts w:asciiTheme="minorEastAsia" w:hAnsiTheme="minorEastAsia"/>
        </w:rPr>
      </w:pPr>
      <w:r w:rsidRPr="008125E0">
        <w:rPr>
          <w:rFonts w:asciiTheme="minorEastAsia" w:hAnsiTheme="minorEastAsia"/>
          <w:color w:val="000000"/>
          <w:lang w:eastAsia="ja-JP"/>
        </w:rPr>
        <w:t xml:space="preserve">　地方独立行政法人京都市産業技術研究所「京都府内分析・計測機器関連企業サプライチェーン等現状調査及びＰＲ資料作成業務」に係る公募型プロポーザルについて、都合により参加を辞退いたします。</w:t>
      </w:r>
      <w:r w:rsidRPr="008125E0">
        <w:rPr>
          <w:rFonts w:asciiTheme="minorEastAsia" w:hAnsiTheme="minorEastAsia"/>
          <w:color w:val="000000"/>
          <w:lang w:eastAsia="ja-JP"/>
        </w:rPr>
        <w:br/>
      </w:r>
      <w:r w:rsidRPr="008125E0">
        <w:rPr>
          <w:rFonts w:asciiTheme="minorEastAsia" w:hAnsiTheme="minorEastAsia"/>
          <w:color w:val="000000"/>
          <w:lang w:eastAsia="ja-JP"/>
        </w:rPr>
        <w:br/>
        <w:t>【辞退理由】</w:t>
      </w:r>
      <w:r w:rsidRPr="008125E0">
        <w:rPr>
          <w:rFonts w:asciiTheme="minorEastAsia" w:hAnsiTheme="minorEastAsia"/>
          <w:color w:val="000000"/>
          <w:lang w:eastAsia="ja-JP"/>
        </w:rPr>
        <w:br/>
        <w:t>（※辞退の理由を具体的にご記入ください。</w:t>
      </w:r>
      <w:r w:rsidRPr="008125E0">
        <w:rPr>
          <w:rFonts w:asciiTheme="minorEastAsia" w:hAnsiTheme="minorEastAsia"/>
          <w:color w:val="000000"/>
        </w:rPr>
        <w:t>）</w:t>
      </w:r>
      <w:r w:rsidRPr="008125E0">
        <w:rPr>
          <w:rFonts w:asciiTheme="minorEastAsia" w:hAnsiTheme="minorEastAsia"/>
          <w:color w:val="000000"/>
        </w:rPr>
        <w:br/>
      </w:r>
      <w:r w:rsidRPr="008125E0">
        <w:rPr>
          <w:rFonts w:asciiTheme="minorEastAsia" w:hAnsiTheme="minorEastAsia"/>
          <w:color w:val="000000"/>
        </w:rPr>
        <w:br/>
      </w:r>
      <w:r w:rsidRPr="008125E0">
        <w:rPr>
          <w:rFonts w:asciiTheme="minorEastAsia" w:hAnsiTheme="minorEastAsia"/>
          <w:color w:val="000000"/>
        </w:rPr>
        <w:br/>
      </w:r>
    </w:p>
    <w:sectPr w:rsidR="00BA4B56" w:rsidRPr="008125E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99F1B" w14:textId="77777777" w:rsidR="00076750" w:rsidRDefault="00076750" w:rsidP="00BA4C4F">
      <w:pPr>
        <w:spacing w:after="0" w:line="240" w:lineRule="auto"/>
      </w:pPr>
      <w:r>
        <w:separator/>
      </w:r>
    </w:p>
  </w:endnote>
  <w:endnote w:type="continuationSeparator" w:id="0">
    <w:p w14:paraId="2D27949E" w14:textId="77777777" w:rsidR="00076750" w:rsidRDefault="00076750" w:rsidP="00BA4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A914" w14:textId="77777777" w:rsidR="00076750" w:rsidRDefault="00076750" w:rsidP="00BA4C4F">
      <w:pPr>
        <w:spacing w:after="0" w:line="240" w:lineRule="auto"/>
      </w:pPr>
      <w:r>
        <w:separator/>
      </w:r>
    </w:p>
  </w:footnote>
  <w:footnote w:type="continuationSeparator" w:id="0">
    <w:p w14:paraId="614CD354" w14:textId="77777777" w:rsidR="00076750" w:rsidRDefault="00076750" w:rsidP="00BA4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7193830">
    <w:abstractNumId w:val="8"/>
  </w:num>
  <w:num w:numId="2" w16cid:durableId="370496186">
    <w:abstractNumId w:val="6"/>
  </w:num>
  <w:num w:numId="3" w16cid:durableId="1615596046">
    <w:abstractNumId w:val="5"/>
  </w:num>
  <w:num w:numId="4" w16cid:durableId="1638951752">
    <w:abstractNumId w:val="4"/>
  </w:num>
  <w:num w:numId="5" w16cid:durableId="1595438577">
    <w:abstractNumId w:val="7"/>
  </w:num>
  <w:num w:numId="6" w16cid:durableId="1056052160">
    <w:abstractNumId w:val="3"/>
  </w:num>
  <w:num w:numId="7" w16cid:durableId="1767993859">
    <w:abstractNumId w:val="2"/>
  </w:num>
  <w:num w:numId="8" w16cid:durableId="1688094901">
    <w:abstractNumId w:val="1"/>
  </w:num>
  <w:num w:numId="9" w16cid:durableId="13829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750"/>
    <w:rsid w:val="0015074B"/>
    <w:rsid w:val="00203340"/>
    <w:rsid w:val="0029639D"/>
    <w:rsid w:val="00305BE2"/>
    <w:rsid w:val="00326F90"/>
    <w:rsid w:val="0039729F"/>
    <w:rsid w:val="008125E0"/>
    <w:rsid w:val="00A50699"/>
    <w:rsid w:val="00AA1D8D"/>
    <w:rsid w:val="00B47730"/>
    <w:rsid w:val="00BA4B56"/>
    <w:rsid w:val="00BA4C4F"/>
    <w:rsid w:val="00C6623E"/>
    <w:rsid w:val="00CB0664"/>
    <w:rsid w:val="00F16E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8EFED4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Manager/>
  <Company/>
  <LinksUpToDate>false</LinksUpToDate>
  <CharactersWithSpaces>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2026-10-27T05:27:00Z</dcterms:created>
  <dcterms:modified xsi:type="dcterms:W3CDTF">2026-10-27T05:27:00Z</dcterms:modified>
  <cp:category/>
</cp:coreProperties>
</file>