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79E3AB" w14:textId="77777777" w:rsidR="00207414" w:rsidRPr="0083560D" w:rsidRDefault="002F5259">
      <w:pPr>
        <w:jc w:val="right"/>
        <w:rPr>
          <w:rFonts w:asciiTheme="minorEastAsia" w:hAnsiTheme="minorEastAsia"/>
        </w:rPr>
      </w:pPr>
      <w:r w:rsidRPr="0083560D">
        <w:rPr>
          <w:rFonts w:asciiTheme="minorEastAsia" w:hAnsiTheme="minorEastAsia"/>
          <w:b/>
          <w:color w:val="000000"/>
        </w:rPr>
        <w:t>（様式３）</w:t>
      </w:r>
    </w:p>
    <w:p w14:paraId="571FFBD3" w14:textId="77777777" w:rsidR="00207414" w:rsidRPr="0083560D" w:rsidRDefault="002F5259">
      <w:pPr>
        <w:spacing w:after="300"/>
        <w:jc w:val="center"/>
        <w:rPr>
          <w:rFonts w:asciiTheme="minorEastAsia" w:hAnsiTheme="minorEastAsia"/>
        </w:rPr>
      </w:pPr>
      <w:r w:rsidRPr="0083560D">
        <w:rPr>
          <w:rFonts w:asciiTheme="minorEastAsia" w:hAnsiTheme="minorEastAsia"/>
          <w:b/>
          <w:color w:val="000000"/>
          <w:sz w:val="36"/>
        </w:rPr>
        <w:t>誓　約　書</w:t>
      </w:r>
    </w:p>
    <w:p w14:paraId="010CAC4A" w14:textId="77777777" w:rsidR="00207414" w:rsidRPr="0083560D" w:rsidRDefault="002F5259">
      <w:pPr>
        <w:jc w:val="right"/>
        <w:rPr>
          <w:rFonts w:asciiTheme="minorEastAsia" w:hAnsiTheme="minorEastAsia"/>
        </w:rPr>
      </w:pPr>
      <w:r w:rsidRPr="0083560D">
        <w:rPr>
          <w:rFonts w:asciiTheme="minorEastAsia" w:hAnsiTheme="minorEastAsia"/>
          <w:color w:val="000000"/>
        </w:rPr>
        <w:t>令和　　年　　月　　日</w:t>
      </w:r>
      <w:r w:rsidRPr="0083560D">
        <w:rPr>
          <w:rFonts w:asciiTheme="minorEastAsia" w:hAnsiTheme="minorEastAsia"/>
          <w:color w:val="000000"/>
        </w:rPr>
        <w:br/>
      </w:r>
    </w:p>
    <w:p w14:paraId="5E3A562B" w14:textId="77777777" w:rsidR="00207414" w:rsidRPr="0083560D" w:rsidRDefault="002F5259" w:rsidP="0083560D">
      <w:pPr>
        <w:ind w:left="1210" w:hangingChars="550" w:hanging="1210"/>
        <w:rPr>
          <w:rFonts w:asciiTheme="minorEastAsia" w:hAnsiTheme="minorEastAsia"/>
          <w:lang w:eastAsia="ja-JP"/>
        </w:rPr>
      </w:pPr>
      <w:r w:rsidRPr="0083560D">
        <w:rPr>
          <w:rFonts w:asciiTheme="minorEastAsia" w:hAnsiTheme="minorEastAsia"/>
          <w:color w:val="000000"/>
          <w:lang w:eastAsia="ja-JP"/>
        </w:rPr>
        <w:t>（あて先）（甲）地方独立行政法人京都市産業技術研究所</w:t>
      </w:r>
      <w:r w:rsidRPr="0083560D">
        <w:rPr>
          <w:rFonts w:asciiTheme="minorEastAsia" w:hAnsiTheme="minorEastAsia"/>
          <w:color w:val="000000"/>
          <w:lang w:eastAsia="ja-JP"/>
        </w:rPr>
        <w:br/>
        <w:t>理事長　様</w:t>
      </w:r>
      <w:r w:rsidRPr="0083560D">
        <w:rPr>
          <w:rFonts w:asciiTheme="minorEastAsia" w:hAnsiTheme="minorEastAsia"/>
          <w:color w:val="000000"/>
          <w:lang w:eastAsia="ja-JP"/>
        </w:rPr>
        <w:br/>
      </w:r>
      <w:r w:rsidRPr="0083560D">
        <w:rPr>
          <w:rFonts w:asciiTheme="minorEastAsia" w:hAnsiTheme="minorEastAsia"/>
          <w:color w:val="000000"/>
          <w:lang w:eastAsia="ja-JP"/>
        </w:rPr>
        <w:br/>
      </w:r>
    </w:p>
    <w:p w14:paraId="7F088DCE" w14:textId="5BD26706" w:rsidR="00207414" w:rsidRPr="0083560D" w:rsidRDefault="002F5259" w:rsidP="0083560D">
      <w:pPr>
        <w:spacing w:after="300"/>
        <w:jc w:val="center"/>
        <w:rPr>
          <w:rFonts w:asciiTheme="minorEastAsia" w:hAnsiTheme="minorEastAsia"/>
          <w:lang w:eastAsia="ja-JP"/>
        </w:rPr>
      </w:pPr>
      <w:r w:rsidRPr="0083560D">
        <w:rPr>
          <w:rFonts w:asciiTheme="minorEastAsia" w:hAnsiTheme="minorEastAsia"/>
          <w:color w:val="000000"/>
          <w:lang w:eastAsia="ja-JP"/>
        </w:rPr>
        <w:t xml:space="preserve">（乙※）所在地：　　　　　　　　　　　　　　　　　　　　</w:t>
      </w:r>
      <w:r w:rsidRPr="0083560D">
        <w:rPr>
          <w:rFonts w:asciiTheme="minorEastAsia" w:hAnsiTheme="minorEastAsia"/>
          <w:color w:val="000000"/>
          <w:lang w:eastAsia="ja-JP"/>
        </w:rPr>
        <w:br/>
        <w:t xml:space="preserve">商号又は名称：　　　　　　　　　　　　　　　　</w:t>
      </w:r>
      <w:r w:rsidRPr="0083560D">
        <w:rPr>
          <w:rFonts w:asciiTheme="minorEastAsia" w:hAnsiTheme="minorEastAsia"/>
          <w:color w:val="000000"/>
          <w:lang w:eastAsia="ja-JP"/>
        </w:rPr>
        <w:br/>
      </w:r>
      <w:r w:rsidR="0083560D">
        <w:rPr>
          <w:rFonts w:asciiTheme="minorEastAsia" w:hAnsiTheme="minorEastAsia" w:hint="eastAsia"/>
          <w:color w:val="000000"/>
          <w:lang w:eastAsia="ja-JP"/>
        </w:rPr>
        <w:t xml:space="preserve">                                 </w:t>
      </w:r>
      <w:r w:rsidRPr="0083560D">
        <w:rPr>
          <w:rFonts w:asciiTheme="minorEastAsia" w:hAnsiTheme="minorEastAsia"/>
          <w:color w:val="000000"/>
          <w:lang w:eastAsia="ja-JP"/>
        </w:rPr>
        <w:t xml:space="preserve">代表者等職・氏名：　　　　　　　　　　　　　</w:t>
      </w:r>
      <w:r w:rsidR="0083560D">
        <w:rPr>
          <w:rFonts w:asciiTheme="minorEastAsia" w:hAnsiTheme="minorEastAsia" w:hint="eastAsia"/>
          <w:color w:val="000000"/>
          <w:lang w:eastAsia="ja-JP"/>
        </w:rPr>
        <w:t xml:space="preserve"> </w:t>
      </w:r>
      <w:r w:rsidRPr="0083560D">
        <w:rPr>
          <w:rFonts w:asciiTheme="minorEastAsia" w:hAnsiTheme="minorEastAsia"/>
          <w:color w:val="000000"/>
          <w:lang w:eastAsia="ja-JP"/>
        </w:rPr>
        <w:t>印</w:t>
      </w:r>
    </w:p>
    <w:p w14:paraId="06350982" w14:textId="58475304" w:rsidR="00207414" w:rsidRPr="0083560D" w:rsidRDefault="002F5259">
      <w:pPr>
        <w:spacing w:after="300"/>
        <w:jc w:val="center"/>
        <w:rPr>
          <w:rFonts w:asciiTheme="minorEastAsia" w:hAnsiTheme="minorEastAsia"/>
          <w:lang w:eastAsia="ja-JP"/>
        </w:rPr>
      </w:pPr>
      <w:r w:rsidRPr="0083560D">
        <w:rPr>
          <w:rFonts w:asciiTheme="minorEastAsia" w:hAnsiTheme="minorEastAsia"/>
          <w:b/>
          <w:color w:val="000000"/>
          <w:lang w:eastAsia="ja-JP"/>
        </w:rPr>
        <w:t>地方独立行政法人京都市産業技術研究所「京都府内分析・計測機器関連企業サプライチェーン等現状調査及びＰＲ資料作成業務」の受託事業者の公募に係る文書</w:t>
      </w:r>
      <w:r w:rsidR="0083560D">
        <w:rPr>
          <w:rFonts w:asciiTheme="minorEastAsia" w:hAnsiTheme="minorEastAsia"/>
          <w:b/>
          <w:color w:val="000000"/>
          <w:lang w:eastAsia="ja-JP"/>
        </w:rPr>
        <w:t>、</w:t>
      </w:r>
      <w:r w:rsidR="0083560D" w:rsidRPr="0083560D">
        <w:rPr>
          <w:rFonts w:asciiTheme="minorEastAsia" w:hAnsiTheme="minorEastAsia"/>
          <w:color w:val="000000"/>
          <w:lang w:eastAsia="ja-JP"/>
        </w:rPr>
        <w:br/>
      </w:r>
      <w:r w:rsidRPr="0083560D">
        <w:rPr>
          <w:rFonts w:asciiTheme="minorEastAsia" w:hAnsiTheme="minorEastAsia"/>
          <w:b/>
          <w:color w:val="000000"/>
          <w:lang w:eastAsia="ja-JP"/>
        </w:rPr>
        <w:t>図画及び電磁的記録の取扱いについて</w:t>
      </w:r>
    </w:p>
    <w:p w14:paraId="3BBA6278" w14:textId="557BE816" w:rsidR="00207414" w:rsidRPr="0083560D" w:rsidRDefault="002F5259">
      <w:pPr>
        <w:rPr>
          <w:rFonts w:asciiTheme="minorEastAsia" w:hAnsiTheme="minorEastAsia"/>
          <w:lang w:eastAsia="ja-JP"/>
        </w:rPr>
      </w:pPr>
      <w:r w:rsidRPr="0083560D">
        <w:rPr>
          <w:rFonts w:asciiTheme="minorEastAsia" w:hAnsiTheme="minorEastAsia"/>
          <w:color w:val="000000"/>
          <w:lang w:eastAsia="ja-JP"/>
        </w:rPr>
        <w:t xml:space="preserve">　乙は</w:t>
      </w:r>
      <w:r w:rsidR="0083560D">
        <w:rPr>
          <w:rFonts w:asciiTheme="minorEastAsia" w:hAnsiTheme="minorEastAsia"/>
          <w:color w:val="000000"/>
          <w:lang w:eastAsia="ja-JP"/>
        </w:rPr>
        <w:t>、</w:t>
      </w:r>
      <w:r w:rsidRPr="0083560D">
        <w:rPr>
          <w:rFonts w:asciiTheme="minorEastAsia" w:hAnsiTheme="minorEastAsia"/>
          <w:color w:val="000000"/>
          <w:lang w:eastAsia="ja-JP"/>
        </w:rPr>
        <w:t>甲に下記のとおり誓約します。</w:t>
      </w:r>
    </w:p>
    <w:p w14:paraId="78606FCE" w14:textId="77777777" w:rsidR="00207414" w:rsidRPr="0083560D" w:rsidRDefault="002F5259">
      <w:pPr>
        <w:jc w:val="center"/>
        <w:rPr>
          <w:rFonts w:asciiTheme="minorEastAsia" w:hAnsiTheme="minorEastAsia"/>
          <w:lang w:eastAsia="ja-JP"/>
        </w:rPr>
      </w:pPr>
      <w:r w:rsidRPr="0083560D">
        <w:rPr>
          <w:rFonts w:asciiTheme="minorEastAsia" w:hAnsiTheme="minorEastAsia"/>
          <w:b/>
          <w:color w:val="000000"/>
          <w:sz w:val="24"/>
          <w:lang w:eastAsia="ja-JP"/>
        </w:rPr>
        <w:t>記</w:t>
      </w:r>
    </w:p>
    <w:p w14:paraId="26AE265A" w14:textId="77777777" w:rsidR="00207414" w:rsidRPr="0083560D" w:rsidRDefault="002F5259">
      <w:pPr>
        <w:spacing w:before="160" w:after="80"/>
        <w:rPr>
          <w:rFonts w:asciiTheme="minorEastAsia" w:hAnsiTheme="minorEastAsia"/>
          <w:lang w:eastAsia="ja-JP"/>
        </w:rPr>
      </w:pPr>
      <w:r w:rsidRPr="0083560D">
        <w:rPr>
          <w:rFonts w:asciiTheme="minorEastAsia" w:hAnsiTheme="minorEastAsia"/>
          <w:b/>
          <w:color w:val="000000"/>
          <w:sz w:val="21"/>
          <w:lang w:eastAsia="ja-JP"/>
        </w:rPr>
        <w:t>第１条（管理責任者の指名等）</w:t>
      </w:r>
    </w:p>
    <w:p w14:paraId="02020F8F" w14:textId="2F8E0E7A" w:rsidR="00207414" w:rsidRPr="0083560D" w:rsidRDefault="002F5259">
      <w:pPr>
        <w:spacing w:line="288" w:lineRule="auto"/>
        <w:ind w:left="288"/>
        <w:rPr>
          <w:rFonts w:asciiTheme="minorEastAsia" w:hAnsiTheme="minorEastAsia"/>
          <w:lang w:eastAsia="ja-JP"/>
        </w:rPr>
      </w:pPr>
      <w:r w:rsidRPr="0083560D">
        <w:rPr>
          <w:rFonts w:asciiTheme="minorEastAsia" w:hAnsiTheme="minorEastAsia"/>
          <w:color w:val="000000"/>
          <w:sz w:val="20"/>
          <w:lang w:eastAsia="ja-JP"/>
        </w:rPr>
        <w:t>甲より受領した地方独立行政法人京都市産業技術研究所「京都府内分析・計測機器関連企業サプライチェーン等現状調査及びＰＲ資料作成業務」の公募に係る文書</w:t>
      </w:r>
      <w:r w:rsidR="0083560D">
        <w:rPr>
          <w:rFonts w:asciiTheme="minorEastAsia" w:hAnsiTheme="minorEastAsia"/>
          <w:color w:val="000000"/>
          <w:sz w:val="20"/>
          <w:lang w:eastAsia="ja-JP"/>
        </w:rPr>
        <w:t>、</w:t>
      </w:r>
      <w:r w:rsidRPr="0083560D">
        <w:rPr>
          <w:rFonts w:asciiTheme="minorEastAsia" w:hAnsiTheme="minorEastAsia"/>
          <w:color w:val="000000"/>
          <w:sz w:val="20"/>
          <w:lang w:eastAsia="ja-JP"/>
        </w:rPr>
        <w:t>図画及び電磁的記録（以下「文書等」という。）の取扱いは</w:t>
      </w:r>
      <w:r w:rsidR="0083560D">
        <w:rPr>
          <w:rFonts w:asciiTheme="minorEastAsia" w:hAnsiTheme="minorEastAsia"/>
          <w:color w:val="000000"/>
          <w:sz w:val="20"/>
          <w:lang w:eastAsia="ja-JP"/>
        </w:rPr>
        <w:t>、</w:t>
      </w:r>
      <w:r w:rsidRPr="0083560D">
        <w:rPr>
          <w:rFonts w:asciiTheme="minorEastAsia" w:hAnsiTheme="minorEastAsia"/>
          <w:color w:val="000000"/>
          <w:sz w:val="20"/>
          <w:lang w:eastAsia="ja-JP"/>
        </w:rPr>
        <w:t>次の者を管理責任者に指名し</w:t>
      </w:r>
      <w:r w:rsidR="0083560D">
        <w:rPr>
          <w:rFonts w:asciiTheme="minorEastAsia" w:hAnsiTheme="minorEastAsia"/>
          <w:color w:val="000000"/>
          <w:sz w:val="20"/>
          <w:lang w:eastAsia="ja-JP"/>
        </w:rPr>
        <w:t>、</w:t>
      </w:r>
      <w:r w:rsidRPr="0083560D">
        <w:rPr>
          <w:rFonts w:asciiTheme="minorEastAsia" w:hAnsiTheme="minorEastAsia"/>
          <w:color w:val="000000"/>
          <w:sz w:val="20"/>
          <w:lang w:eastAsia="ja-JP"/>
        </w:rPr>
        <w:t>その者の責任の下</w:t>
      </w:r>
      <w:r w:rsidR="0083560D">
        <w:rPr>
          <w:rFonts w:asciiTheme="minorEastAsia" w:hAnsiTheme="minorEastAsia"/>
          <w:color w:val="000000"/>
          <w:sz w:val="20"/>
          <w:lang w:eastAsia="ja-JP"/>
        </w:rPr>
        <w:t>、</w:t>
      </w:r>
      <w:r w:rsidRPr="0083560D">
        <w:rPr>
          <w:rFonts w:asciiTheme="minorEastAsia" w:hAnsiTheme="minorEastAsia"/>
          <w:color w:val="000000"/>
          <w:sz w:val="20"/>
          <w:lang w:eastAsia="ja-JP"/>
        </w:rPr>
        <w:t>本誓約を遵守して適切に行います。</w:t>
      </w:r>
      <w:r w:rsidRPr="0083560D">
        <w:rPr>
          <w:rFonts w:asciiTheme="minorEastAsia" w:hAnsiTheme="minorEastAsia"/>
          <w:color w:val="000000"/>
          <w:sz w:val="20"/>
          <w:lang w:eastAsia="ja-JP"/>
        </w:rPr>
        <w:br/>
      </w:r>
      <w:r w:rsidRPr="0083560D">
        <w:rPr>
          <w:rFonts w:asciiTheme="minorEastAsia" w:hAnsiTheme="minorEastAsia"/>
          <w:color w:val="000000"/>
          <w:sz w:val="20"/>
          <w:lang w:eastAsia="ja-JP"/>
        </w:rPr>
        <w:br/>
        <w:t xml:space="preserve">　【管理責任者】　所属名：　　　　　　　　役職名：　　　　　　　　氏名：　　　　　　　　</w:t>
      </w:r>
    </w:p>
    <w:p w14:paraId="241B91A8" w14:textId="77777777" w:rsidR="00207414" w:rsidRPr="0083560D" w:rsidRDefault="002F5259">
      <w:pPr>
        <w:spacing w:before="160" w:after="80"/>
        <w:rPr>
          <w:rFonts w:asciiTheme="minorEastAsia" w:hAnsiTheme="minorEastAsia"/>
          <w:lang w:eastAsia="ja-JP"/>
        </w:rPr>
      </w:pPr>
      <w:r w:rsidRPr="0083560D">
        <w:rPr>
          <w:rFonts w:asciiTheme="minorEastAsia" w:hAnsiTheme="minorEastAsia"/>
          <w:b/>
          <w:color w:val="000000"/>
          <w:sz w:val="21"/>
          <w:lang w:eastAsia="ja-JP"/>
        </w:rPr>
        <w:t>第２条（文書等の取扱い）</w:t>
      </w:r>
    </w:p>
    <w:p w14:paraId="50AF900E" w14:textId="7A3B92D6" w:rsidR="00207414" w:rsidRPr="0083560D" w:rsidRDefault="002F5259">
      <w:pPr>
        <w:spacing w:line="288" w:lineRule="auto"/>
        <w:ind w:left="288"/>
        <w:rPr>
          <w:rFonts w:asciiTheme="minorEastAsia" w:hAnsiTheme="minorEastAsia"/>
          <w:lang w:eastAsia="ja-JP"/>
        </w:rPr>
      </w:pPr>
      <w:r w:rsidRPr="0083560D">
        <w:rPr>
          <w:rFonts w:asciiTheme="minorEastAsia" w:hAnsiTheme="minorEastAsia"/>
          <w:color w:val="000000"/>
          <w:sz w:val="20"/>
          <w:lang w:eastAsia="ja-JP"/>
        </w:rPr>
        <w:t>１　甲より受領した文書等は</w:t>
      </w:r>
      <w:r w:rsidR="0083560D">
        <w:rPr>
          <w:rFonts w:asciiTheme="minorEastAsia" w:hAnsiTheme="minorEastAsia"/>
          <w:color w:val="000000"/>
          <w:sz w:val="20"/>
          <w:lang w:eastAsia="ja-JP"/>
        </w:rPr>
        <w:t>、</w:t>
      </w:r>
      <w:r w:rsidRPr="0083560D">
        <w:rPr>
          <w:rFonts w:asciiTheme="minorEastAsia" w:hAnsiTheme="minorEastAsia"/>
          <w:color w:val="000000"/>
          <w:sz w:val="20"/>
          <w:lang w:eastAsia="ja-JP"/>
        </w:rPr>
        <w:t>本件の検討を行う乙の役員及び従業員に限り</w:t>
      </w:r>
      <w:r w:rsidR="0083560D">
        <w:rPr>
          <w:rFonts w:asciiTheme="minorEastAsia" w:hAnsiTheme="minorEastAsia"/>
          <w:color w:val="000000"/>
          <w:sz w:val="20"/>
          <w:lang w:eastAsia="ja-JP"/>
        </w:rPr>
        <w:t>、</w:t>
      </w:r>
      <w:r w:rsidRPr="0083560D">
        <w:rPr>
          <w:rFonts w:asciiTheme="minorEastAsia" w:hAnsiTheme="minorEastAsia"/>
          <w:color w:val="000000"/>
          <w:sz w:val="20"/>
          <w:lang w:eastAsia="ja-JP"/>
        </w:rPr>
        <w:t>本件の検討及び履行に必要な範囲で使用します。</w:t>
      </w:r>
      <w:r w:rsidRPr="0083560D">
        <w:rPr>
          <w:rFonts w:asciiTheme="minorEastAsia" w:hAnsiTheme="minorEastAsia"/>
          <w:color w:val="000000"/>
          <w:sz w:val="20"/>
          <w:lang w:eastAsia="ja-JP"/>
        </w:rPr>
        <w:br/>
        <w:t>２　文書等の使用に当たっては</w:t>
      </w:r>
      <w:r w:rsidR="0083560D">
        <w:rPr>
          <w:rFonts w:asciiTheme="minorEastAsia" w:hAnsiTheme="minorEastAsia"/>
          <w:color w:val="000000"/>
          <w:sz w:val="20"/>
          <w:lang w:eastAsia="ja-JP"/>
        </w:rPr>
        <w:t>、</w:t>
      </w:r>
      <w:r w:rsidRPr="0083560D">
        <w:rPr>
          <w:rFonts w:asciiTheme="minorEastAsia" w:hAnsiTheme="minorEastAsia"/>
          <w:color w:val="000000"/>
          <w:sz w:val="20"/>
          <w:lang w:eastAsia="ja-JP"/>
        </w:rPr>
        <w:t>甲が指定したものの原本を複写し</w:t>
      </w:r>
      <w:r w:rsidR="0083560D">
        <w:rPr>
          <w:rFonts w:asciiTheme="minorEastAsia" w:hAnsiTheme="minorEastAsia"/>
          <w:color w:val="000000"/>
          <w:sz w:val="20"/>
          <w:lang w:eastAsia="ja-JP"/>
        </w:rPr>
        <w:t>、</w:t>
      </w:r>
      <w:r w:rsidRPr="0083560D">
        <w:rPr>
          <w:rFonts w:asciiTheme="minorEastAsia" w:hAnsiTheme="minorEastAsia"/>
          <w:color w:val="000000"/>
          <w:sz w:val="20"/>
          <w:lang w:eastAsia="ja-JP"/>
        </w:rPr>
        <w:t>又は複製物を作成しません。</w:t>
      </w:r>
      <w:r w:rsidRPr="0083560D">
        <w:rPr>
          <w:rFonts w:asciiTheme="minorEastAsia" w:hAnsiTheme="minorEastAsia"/>
          <w:color w:val="000000"/>
          <w:sz w:val="20"/>
          <w:lang w:eastAsia="ja-JP"/>
        </w:rPr>
        <w:br/>
        <w:t>３　文書等を第三者に開示する必要があるときは</w:t>
      </w:r>
      <w:r w:rsidR="0083560D">
        <w:rPr>
          <w:rFonts w:asciiTheme="minorEastAsia" w:hAnsiTheme="minorEastAsia"/>
          <w:color w:val="000000"/>
          <w:sz w:val="20"/>
          <w:lang w:eastAsia="ja-JP"/>
        </w:rPr>
        <w:t>、</w:t>
      </w:r>
      <w:r w:rsidRPr="0083560D">
        <w:rPr>
          <w:rFonts w:asciiTheme="minorEastAsia" w:hAnsiTheme="minorEastAsia"/>
          <w:color w:val="000000"/>
          <w:sz w:val="20"/>
          <w:lang w:eastAsia="ja-JP"/>
        </w:rPr>
        <w:t>事前に書面により甲の許可を受けて行います。</w:t>
      </w:r>
      <w:r w:rsidRPr="0083560D">
        <w:rPr>
          <w:rFonts w:asciiTheme="minorEastAsia" w:hAnsiTheme="minorEastAsia"/>
          <w:color w:val="000000"/>
          <w:sz w:val="20"/>
          <w:lang w:eastAsia="ja-JP"/>
        </w:rPr>
        <w:br/>
        <w:t>４　本件の検討が終了したとき又は甲からの求めがあったときは</w:t>
      </w:r>
      <w:r w:rsidR="0083560D">
        <w:rPr>
          <w:rFonts w:asciiTheme="minorEastAsia" w:hAnsiTheme="minorEastAsia"/>
          <w:color w:val="000000"/>
          <w:sz w:val="20"/>
          <w:lang w:eastAsia="ja-JP"/>
        </w:rPr>
        <w:t>、</w:t>
      </w:r>
      <w:r w:rsidRPr="0083560D">
        <w:rPr>
          <w:rFonts w:asciiTheme="minorEastAsia" w:hAnsiTheme="minorEastAsia"/>
          <w:color w:val="000000"/>
          <w:sz w:val="20"/>
          <w:lang w:eastAsia="ja-JP"/>
        </w:rPr>
        <w:t>文書等のうち甲が指定したものを直ちに返還又は消去します。</w:t>
      </w:r>
    </w:p>
    <w:p w14:paraId="41B5E5E2" w14:textId="77777777" w:rsidR="0083560D" w:rsidRDefault="0083560D">
      <w:pPr>
        <w:spacing w:before="160" w:after="80"/>
        <w:rPr>
          <w:rFonts w:asciiTheme="minorEastAsia" w:hAnsiTheme="minorEastAsia"/>
          <w:b/>
          <w:color w:val="000000"/>
          <w:sz w:val="21"/>
          <w:lang w:eastAsia="ja-JP"/>
        </w:rPr>
      </w:pPr>
    </w:p>
    <w:p w14:paraId="7A365880" w14:textId="31C7312A" w:rsidR="00207414" w:rsidRPr="0083560D" w:rsidRDefault="002F5259">
      <w:pPr>
        <w:spacing w:before="160" w:after="80"/>
        <w:rPr>
          <w:rFonts w:asciiTheme="minorEastAsia" w:hAnsiTheme="minorEastAsia"/>
          <w:lang w:eastAsia="ja-JP"/>
        </w:rPr>
      </w:pPr>
      <w:r w:rsidRPr="0083560D">
        <w:rPr>
          <w:rFonts w:asciiTheme="minorEastAsia" w:hAnsiTheme="minorEastAsia"/>
          <w:b/>
          <w:color w:val="000000"/>
          <w:sz w:val="21"/>
          <w:lang w:eastAsia="ja-JP"/>
        </w:rPr>
        <w:lastRenderedPageBreak/>
        <w:t>第３条（乙の責任）</w:t>
      </w:r>
    </w:p>
    <w:p w14:paraId="11EE2A87" w14:textId="33C1FF23" w:rsidR="00207414" w:rsidRPr="0083560D" w:rsidRDefault="002F5259">
      <w:pPr>
        <w:spacing w:line="288" w:lineRule="auto"/>
        <w:ind w:left="288"/>
        <w:rPr>
          <w:rFonts w:asciiTheme="minorEastAsia" w:hAnsiTheme="minorEastAsia"/>
          <w:lang w:eastAsia="ja-JP"/>
        </w:rPr>
      </w:pPr>
      <w:r w:rsidRPr="0083560D">
        <w:rPr>
          <w:rFonts w:asciiTheme="minorEastAsia" w:hAnsiTheme="minorEastAsia"/>
          <w:color w:val="000000"/>
          <w:sz w:val="20"/>
          <w:lang w:eastAsia="ja-JP"/>
        </w:rPr>
        <w:t>１　前条に違反し</w:t>
      </w:r>
      <w:r w:rsidR="0083560D">
        <w:rPr>
          <w:rFonts w:asciiTheme="minorEastAsia" w:hAnsiTheme="minorEastAsia"/>
          <w:color w:val="000000"/>
          <w:sz w:val="20"/>
          <w:lang w:eastAsia="ja-JP"/>
        </w:rPr>
        <w:t>、</w:t>
      </w:r>
      <w:r w:rsidRPr="0083560D">
        <w:rPr>
          <w:rFonts w:asciiTheme="minorEastAsia" w:hAnsiTheme="minorEastAsia"/>
          <w:color w:val="000000"/>
          <w:sz w:val="20"/>
          <w:lang w:eastAsia="ja-JP"/>
        </w:rPr>
        <w:t>甲が損害を被ったときは</w:t>
      </w:r>
      <w:r w:rsidR="0083560D">
        <w:rPr>
          <w:rFonts w:asciiTheme="minorEastAsia" w:hAnsiTheme="minorEastAsia"/>
          <w:color w:val="000000"/>
          <w:sz w:val="20"/>
          <w:lang w:eastAsia="ja-JP"/>
        </w:rPr>
        <w:t>、</w:t>
      </w:r>
      <w:r w:rsidRPr="0083560D">
        <w:rPr>
          <w:rFonts w:asciiTheme="minorEastAsia" w:hAnsiTheme="minorEastAsia"/>
          <w:color w:val="000000"/>
          <w:sz w:val="20"/>
          <w:lang w:eastAsia="ja-JP"/>
        </w:rPr>
        <w:t>その損害の拡大を防止するために</w:t>
      </w:r>
      <w:r w:rsidR="0083560D">
        <w:rPr>
          <w:rFonts w:asciiTheme="minorEastAsia" w:hAnsiTheme="minorEastAsia"/>
          <w:color w:val="000000"/>
          <w:sz w:val="20"/>
          <w:lang w:eastAsia="ja-JP"/>
        </w:rPr>
        <w:t>、</w:t>
      </w:r>
      <w:r w:rsidRPr="0083560D">
        <w:rPr>
          <w:rFonts w:asciiTheme="minorEastAsia" w:hAnsiTheme="minorEastAsia"/>
          <w:color w:val="000000"/>
          <w:sz w:val="20"/>
          <w:lang w:eastAsia="ja-JP"/>
        </w:rPr>
        <w:t>直ちに必要な措置を採るとともに</w:t>
      </w:r>
      <w:r w:rsidR="0083560D">
        <w:rPr>
          <w:rFonts w:asciiTheme="minorEastAsia" w:hAnsiTheme="minorEastAsia"/>
          <w:color w:val="000000"/>
          <w:sz w:val="20"/>
          <w:lang w:eastAsia="ja-JP"/>
        </w:rPr>
        <w:t>、</w:t>
      </w:r>
      <w:r w:rsidRPr="0083560D">
        <w:rPr>
          <w:rFonts w:asciiTheme="minorEastAsia" w:hAnsiTheme="minorEastAsia"/>
          <w:color w:val="000000"/>
          <w:sz w:val="20"/>
          <w:lang w:eastAsia="ja-JP"/>
        </w:rPr>
        <w:t>甲の被った一切の損害を賠償します。</w:t>
      </w:r>
      <w:r w:rsidRPr="0083560D">
        <w:rPr>
          <w:rFonts w:asciiTheme="minorEastAsia" w:hAnsiTheme="minorEastAsia"/>
          <w:color w:val="000000"/>
          <w:sz w:val="20"/>
          <w:lang w:eastAsia="ja-JP"/>
        </w:rPr>
        <w:br/>
        <w:t>２　前条第３項の第三者の責めに帰すべき事由により甲が損害を被ったときは</w:t>
      </w:r>
      <w:r w:rsidR="0083560D">
        <w:rPr>
          <w:rFonts w:asciiTheme="minorEastAsia" w:hAnsiTheme="minorEastAsia"/>
          <w:color w:val="000000"/>
          <w:sz w:val="20"/>
          <w:lang w:eastAsia="ja-JP"/>
        </w:rPr>
        <w:t>、</w:t>
      </w:r>
      <w:r w:rsidRPr="0083560D">
        <w:rPr>
          <w:rFonts w:asciiTheme="minorEastAsia" w:hAnsiTheme="minorEastAsia"/>
          <w:color w:val="000000"/>
          <w:sz w:val="20"/>
          <w:lang w:eastAsia="ja-JP"/>
        </w:rPr>
        <w:t>その第三者と共に損害の拡大を防止するために</w:t>
      </w:r>
      <w:r w:rsidR="0083560D">
        <w:rPr>
          <w:rFonts w:asciiTheme="minorEastAsia" w:hAnsiTheme="minorEastAsia"/>
          <w:color w:val="000000"/>
          <w:sz w:val="20"/>
          <w:lang w:eastAsia="ja-JP"/>
        </w:rPr>
        <w:t>、</w:t>
      </w:r>
      <w:r w:rsidRPr="0083560D">
        <w:rPr>
          <w:rFonts w:asciiTheme="minorEastAsia" w:hAnsiTheme="minorEastAsia"/>
          <w:color w:val="000000"/>
          <w:sz w:val="20"/>
          <w:lang w:eastAsia="ja-JP"/>
        </w:rPr>
        <w:t>直ちに必要な措置を採るとともに</w:t>
      </w:r>
      <w:r w:rsidR="0083560D">
        <w:rPr>
          <w:rFonts w:asciiTheme="minorEastAsia" w:hAnsiTheme="minorEastAsia"/>
          <w:color w:val="000000"/>
          <w:sz w:val="20"/>
          <w:lang w:eastAsia="ja-JP"/>
        </w:rPr>
        <w:t>、</w:t>
      </w:r>
      <w:r w:rsidRPr="0083560D">
        <w:rPr>
          <w:rFonts w:asciiTheme="minorEastAsia" w:hAnsiTheme="minorEastAsia"/>
          <w:color w:val="000000"/>
          <w:sz w:val="20"/>
          <w:lang w:eastAsia="ja-JP"/>
        </w:rPr>
        <w:t>連帯して甲の被った一切の損害を賠償します。</w:t>
      </w:r>
    </w:p>
    <w:p w14:paraId="78E2329D" w14:textId="21819648" w:rsidR="00207414" w:rsidRPr="0083560D" w:rsidRDefault="002F5259">
      <w:pPr>
        <w:spacing w:before="400"/>
        <w:rPr>
          <w:rFonts w:asciiTheme="minorEastAsia" w:hAnsiTheme="minorEastAsia"/>
          <w:lang w:eastAsia="ja-JP"/>
        </w:rPr>
      </w:pPr>
      <w:r w:rsidRPr="0083560D">
        <w:rPr>
          <w:rFonts w:asciiTheme="minorEastAsia" w:hAnsiTheme="minorEastAsia"/>
          <w:color w:val="646464"/>
          <w:sz w:val="18"/>
          <w:lang w:eastAsia="ja-JP"/>
        </w:rPr>
        <w:t>※ 乙欄は</w:t>
      </w:r>
      <w:r w:rsidR="0083560D">
        <w:rPr>
          <w:rFonts w:asciiTheme="minorEastAsia" w:hAnsiTheme="minorEastAsia"/>
          <w:color w:val="646464"/>
          <w:sz w:val="18"/>
          <w:lang w:eastAsia="ja-JP"/>
        </w:rPr>
        <w:t>、</w:t>
      </w:r>
      <w:r w:rsidRPr="0083560D">
        <w:rPr>
          <w:rFonts w:asciiTheme="minorEastAsia" w:hAnsiTheme="minorEastAsia"/>
          <w:color w:val="646464"/>
          <w:sz w:val="18"/>
          <w:lang w:eastAsia="ja-JP"/>
        </w:rPr>
        <w:t>代表者から権限の委任を受けている者（支店長等）があるときは</w:t>
      </w:r>
      <w:r w:rsidR="0083560D">
        <w:rPr>
          <w:rFonts w:asciiTheme="minorEastAsia" w:hAnsiTheme="minorEastAsia"/>
          <w:color w:val="646464"/>
          <w:sz w:val="18"/>
          <w:lang w:eastAsia="ja-JP"/>
        </w:rPr>
        <w:t>、</w:t>
      </w:r>
      <w:r w:rsidRPr="0083560D">
        <w:rPr>
          <w:rFonts w:asciiTheme="minorEastAsia" w:hAnsiTheme="minorEastAsia"/>
          <w:color w:val="646464"/>
          <w:sz w:val="18"/>
          <w:lang w:eastAsia="ja-JP"/>
        </w:rPr>
        <w:t>その受任者の役職</w:t>
      </w:r>
      <w:r w:rsidR="0083560D">
        <w:rPr>
          <w:rFonts w:asciiTheme="minorEastAsia" w:hAnsiTheme="minorEastAsia"/>
          <w:color w:val="646464"/>
          <w:sz w:val="18"/>
          <w:lang w:eastAsia="ja-JP"/>
        </w:rPr>
        <w:t>、</w:t>
      </w:r>
      <w:r w:rsidRPr="0083560D">
        <w:rPr>
          <w:rFonts w:asciiTheme="minorEastAsia" w:hAnsiTheme="minorEastAsia"/>
          <w:color w:val="646464"/>
          <w:sz w:val="18"/>
          <w:lang w:eastAsia="ja-JP"/>
        </w:rPr>
        <w:t>氏名を記名のうえ</w:t>
      </w:r>
      <w:r w:rsidR="0083560D">
        <w:rPr>
          <w:rFonts w:asciiTheme="minorEastAsia" w:hAnsiTheme="minorEastAsia"/>
          <w:color w:val="646464"/>
          <w:sz w:val="18"/>
          <w:lang w:eastAsia="ja-JP"/>
        </w:rPr>
        <w:t>、</w:t>
      </w:r>
      <w:r w:rsidRPr="0083560D">
        <w:rPr>
          <w:rFonts w:asciiTheme="minorEastAsia" w:hAnsiTheme="minorEastAsia"/>
          <w:color w:val="646464"/>
          <w:sz w:val="18"/>
          <w:lang w:eastAsia="ja-JP"/>
        </w:rPr>
        <w:t>使用印を押印してください。ただし</w:t>
      </w:r>
      <w:r w:rsidR="0083560D">
        <w:rPr>
          <w:rFonts w:asciiTheme="minorEastAsia" w:hAnsiTheme="minorEastAsia"/>
          <w:color w:val="646464"/>
          <w:sz w:val="18"/>
          <w:lang w:eastAsia="ja-JP"/>
        </w:rPr>
        <w:t>、</w:t>
      </w:r>
      <w:r w:rsidRPr="0083560D">
        <w:rPr>
          <w:rFonts w:asciiTheme="minorEastAsia" w:hAnsiTheme="minorEastAsia"/>
          <w:color w:val="646464"/>
          <w:sz w:val="18"/>
          <w:lang w:eastAsia="ja-JP"/>
        </w:rPr>
        <w:t>使用印に法人名の刻印がない場合は</w:t>
      </w:r>
      <w:r w:rsidR="0083560D">
        <w:rPr>
          <w:rFonts w:asciiTheme="minorEastAsia" w:hAnsiTheme="minorEastAsia"/>
          <w:color w:val="646464"/>
          <w:sz w:val="18"/>
          <w:lang w:eastAsia="ja-JP"/>
        </w:rPr>
        <w:t>、</w:t>
      </w:r>
      <w:r w:rsidRPr="0083560D">
        <w:rPr>
          <w:rFonts w:asciiTheme="minorEastAsia" w:hAnsiTheme="minorEastAsia"/>
          <w:color w:val="646464"/>
          <w:sz w:val="18"/>
          <w:lang w:eastAsia="ja-JP"/>
        </w:rPr>
        <w:t>法人印も併せて押印してください。</w:t>
      </w:r>
    </w:p>
    <w:sectPr w:rsidR="00207414" w:rsidRPr="0083560D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B2276E" w14:textId="77777777" w:rsidR="00695C76" w:rsidRDefault="00695C76" w:rsidP="00DD14B2">
      <w:pPr>
        <w:spacing w:after="0" w:line="240" w:lineRule="auto"/>
      </w:pPr>
      <w:r>
        <w:separator/>
      </w:r>
    </w:p>
  </w:endnote>
  <w:endnote w:type="continuationSeparator" w:id="0">
    <w:p w14:paraId="5F591068" w14:textId="77777777" w:rsidR="00695C76" w:rsidRDefault="00695C76" w:rsidP="00DD14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8F02CD" w14:textId="77777777" w:rsidR="00695C76" w:rsidRDefault="00695C76" w:rsidP="00DD14B2">
      <w:pPr>
        <w:spacing w:after="0" w:line="240" w:lineRule="auto"/>
      </w:pPr>
      <w:r>
        <w:separator/>
      </w:r>
    </w:p>
  </w:footnote>
  <w:footnote w:type="continuationSeparator" w:id="0">
    <w:p w14:paraId="7A24A1AE" w14:textId="77777777" w:rsidR="00695C76" w:rsidRDefault="00695C76" w:rsidP="00DD14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13753599">
    <w:abstractNumId w:val="8"/>
  </w:num>
  <w:num w:numId="2" w16cid:durableId="644971684">
    <w:abstractNumId w:val="6"/>
  </w:num>
  <w:num w:numId="3" w16cid:durableId="267273146">
    <w:abstractNumId w:val="5"/>
  </w:num>
  <w:num w:numId="4" w16cid:durableId="1621497633">
    <w:abstractNumId w:val="4"/>
  </w:num>
  <w:num w:numId="5" w16cid:durableId="580022469">
    <w:abstractNumId w:val="7"/>
  </w:num>
  <w:num w:numId="6" w16cid:durableId="778836192">
    <w:abstractNumId w:val="3"/>
  </w:num>
  <w:num w:numId="7" w16cid:durableId="197935877">
    <w:abstractNumId w:val="2"/>
  </w:num>
  <w:num w:numId="8" w16cid:durableId="296689758">
    <w:abstractNumId w:val="1"/>
  </w:num>
  <w:num w:numId="9" w16cid:durableId="19113857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07414"/>
    <w:rsid w:val="0029639D"/>
    <w:rsid w:val="002F5259"/>
    <w:rsid w:val="00305BE2"/>
    <w:rsid w:val="00326F90"/>
    <w:rsid w:val="00695C76"/>
    <w:rsid w:val="0083560D"/>
    <w:rsid w:val="00A602EC"/>
    <w:rsid w:val="00AA1D8D"/>
    <w:rsid w:val="00B47730"/>
    <w:rsid w:val="00CB0664"/>
    <w:rsid w:val="00DD14B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5F8682A"/>
  <w14:defaultImageDpi w14:val="3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147</Words>
  <Characters>843</Characters>
  <Application>Microsoft Office Word</Application>
  <DocSecurity>0</DocSecurity>
  <Lines>7</Lines>
  <Paragraphs>1</Paragraphs>
  <ScaleCrop>false</ScaleCrop>
  <Manager/>
  <Company/>
  <LinksUpToDate>false</LinksUpToDate>
  <CharactersWithSpaces>989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2026-10-23T08:13:00Z</dcterms:created>
  <dcterms:modified xsi:type="dcterms:W3CDTF">2026-10-23T08:13:00Z</dcterms:modified>
  <cp:category/>
</cp:coreProperties>
</file>