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8ACD7" w14:textId="77777777" w:rsidR="00F837B5" w:rsidRPr="00025625" w:rsidRDefault="006557E5">
      <w:pPr>
        <w:jc w:val="right"/>
        <w:rPr>
          <w:rFonts w:asciiTheme="minorEastAsia" w:hAnsiTheme="minorEastAsia"/>
          <w:lang w:eastAsia="ja-JP"/>
        </w:rPr>
      </w:pPr>
      <w:r w:rsidRPr="00025625">
        <w:rPr>
          <w:rFonts w:asciiTheme="minorEastAsia" w:hAnsiTheme="minorEastAsia"/>
          <w:b/>
          <w:color w:val="000000"/>
          <w:lang w:eastAsia="ja-JP"/>
        </w:rPr>
        <w:t>（様式２）</w:t>
      </w:r>
    </w:p>
    <w:p w14:paraId="68CB6ACD" w14:textId="77777777" w:rsidR="00F837B5" w:rsidRPr="00025625" w:rsidRDefault="006557E5">
      <w:pPr>
        <w:spacing w:after="300"/>
        <w:jc w:val="center"/>
        <w:rPr>
          <w:rFonts w:asciiTheme="minorEastAsia" w:hAnsiTheme="minorEastAsia"/>
          <w:lang w:eastAsia="ja-JP"/>
        </w:rPr>
      </w:pPr>
      <w:r w:rsidRPr="00025625">
        <w:rPr>
          <w:rFonts w:asciiTheme="minorEastAsia" w:hAnsiTheme="minorEastAsia"/>
          <w:b/>
          <w:color w:val="000000"/>
          <w:sz w:val="32"/>
          <w:lang w:eastAsia="ja-JP"/>
        </w:rPr>
        <w:t>プロポーザル参加者情報確認書</w:t>
      </w:r>
    </w:p>
    <w:p w14:paraId="5ECD2B3D" w14:textId="77777777" w:rsidR="00F837B5" w:rsidRPr="00025625" w:rsidRDefault="006557E5">
      <w:pPr>
        <w:rPr>
          <w:rFonts w:asciiTheme="minorEastAsia" w:hAnsiTheme="minorEastAsia"/>
        </w:rPr>
      </w:pPr>
      <w:r w:rsidRPr="00025625">
        <w:rPr>
          <w:rFonts w:asciiTheme="minorEastAsia" w:hAnsiTheme="minorEastAsia"/>
          <w:b/>
          <w:color w:val="000000"/>
          <w:sz w:val="24"/>
        </w:rPr>
        <w:t xml:space="preserve">１　</w:t>
      </w:r>
      <w:proofErr w:type="spellStart"/>
      <w:r w:rsidRPr="00025625">
        <w:rPr>
          <w:rFonts w:asciiTheme="minorEastAsia" w:hAnsiTheme="minorEastAsia"/>
          <w:b/>
          <w:color w:val="000000"/>
          <w:sz w:val="24"/>
        </w:rPr>
        <w:t>提案者概要</w:t>
      </w:r>
      <w:proofErr w:type="spellEnd"/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2592"/>
        <w:gridCol w:w="2160"/>
        <w:gridCol w:w="2448"/>
      </w:tblGrid>
      <w:tr w:rsidR="00F837B5" w:rsidRPr="00025625" w14:paraId="5734FF36" w14:textId="77777777">
        <w:trPr>
          <w:jc w:val="center"/>
        </w:trPr>
        <w:tc>
          <w:tcPr>
            <w:tcW w:w="2160" w:type="dxa"/>
            <w:shd w:val="clear" w:color="auto" w:fill="F2F2F2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33C25F15" w14:textId="77777777" w:rsidR="00025625" w:rsidRPr="00025625" w:rsidRDefault="006557E5">
            <w:pPr>
              <w:rPr>
                <w:rFonts w:asciiTheme="minorEastAsia" w:hAnsiTheme="minorEastAsia"/>
                <w:b/>
                <w:color w:val="000000"/>
                <w:sz w:val="19"/>
                <w:lang w:eastAsia="ja-JP"/>
              </w:rPr>
            </w:pPr>
            <w:r w:rsidRPr="00025625">
              <w:rPr>
                <w:rFonts w:asciiTheme="minorEastAsia" w:hAnsiTheme="minorEastAsia"/>
                <w:b/>
                <w:color w:val="000000"/>
                <w:sz w:val="19"/>
                <w:lang w:eastAsia="ja-JP"/>
              </w:rPr>
              <w:t>提案者名</w:t>
            </w:r>
          </w:p>
          <w:p w14:paraId="0000AB2A" w14:textId="58A4579F" w:rsidR="00F837B5" w:rsidRPr="00025625" w:rsidRDefault="006557E5">
            <w:pPr>
              <w:rPr>
                <w:rFonts w:asciiTheme="minorEastAsia" w:hAnsiTheme="minorEastAsia"/>
                <w:lang w:eastAsia="ja-JP"/>
              </w:rPr>
            </w:pPr>
            <w:r w:rsidRPr="00025625">
              <w:rPr>
                <w:rFonts w:asciiTheme="minorEastAsia" w:hAnsiTheme="minorEastAsia"/>
                <w:b/>
                <w:color w:val="000000"/>
                <w:sz w:val="19"/>
                <w:lang w:eastAsia="ja-JP"/>
              </w:rPr>
              <w:t>（フリガナ）</w:t>
            </w:r>
          </w:p>
        </w:tc>
        <w:tc>
          <w:tcPr>
            <w:tcW w:w="7200" w:type="dxa"/>
            <w:gridSpan w:val="3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34B3223B" w14:textId="77777777" w:rsidR="00F837B5" w:rsidRPr="00025625" w:rsidRDefault="00F837B5">
            <w:pPr>
              <w:rPr>
                <w:rFonts w:asciiTheme="minorEastAsia" w:hAnsiTheme="minorEastAsia"/>
                <w:lang w:eastAsia="ja-JP"/>
              </w:rPr>
            </w:pPr>
          </w:p>
        </w:tc>
      </w:tr>
      <w:tr w:rsidR="00F837B5" w:rsidRPr="00025625" w14:paraId="3D54CF34" w14:textId="77777777">
        <w:trPr>
          <w:jc w:val="center"/>
        </w:trPr>
        <w:tc>
          <w:tcPr>
            <w:tcW w:w="2160" w:type="dxa"/>
            <w:shd w:val="clear" w:color="auto" w:fill="F2F2F2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272F90B6" w14:textId="77777777" w:rsidR="00F837B5" w:rsidRPr="00025625" w:rsidRDefault="006557E5">
            <w:pPr>
              <w:rPr>
                <w:rFonts w:asciiTheme="minorEastAsia" w:hAnsiTheme="minorEastAsia"/>
              </w:rPr>
            </w:pPr>
            <w:proofErr w:type="spellStart"/>
            <w:r w:rsidRPr="00025625">
              <w:rPr>
                <w:rFonts w:asciiTheme="minorEastAsia" w:hAnsiTheme="minorEastAsia"/>
                <w:b/>
                <w:color w:val="000000"/>
                <w:sz w:val="19"/>
              </w:rPr>
              <w:t>本社所在地</w:t>
            </w:r>
            <w:proofErr w:type="spellEnd"/>
          </w:p>
        </w:tc>
        <w:tc>
          <w:tcPr>
            <w:tcW w:w="7200" w:type="dxa"/>
            <w:gridSpan w:val="3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66CF64A4" w14:textId="77777777" w:rsidR="00F837B5" w:rsidRPr="00025625" w:rsidRDefault="00F837B5">
            <w:pPr>
              <w:rPr>
                <w:rFonts w:asciiTheme="minorEastAsia" w:hAnsiTheme="minorEastAsia"/>
              </w:rPr>
            </w:pPr>
          </w:p>
        </w:tc>
      </w:tr>
      <w:tr w:rsidR="00F837B5" w:rsidRPr="00025625" w14:paraId="7C5E19BC" w14:textId="77777777">
        <w:trPr>
          <w:jc w:val="center"/>
        </w:trPr>
        <w:tc>
          <w:tcPr>
            <w:tcW w:w="2160" w:type="dxa"/>
            <w:shd w:val="clear" w:color="auto" w:fill="F2F2F2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799DDFBE" w14:textId="77777777" w:rsidR="00F837B5" w:rsidRPr="00025625" w:rsidRDefault="006557E5">
            <w:pPr>
              <w:rPr>
                <w:rFonts w:asciiTheme="minorEastAsia" w:hAnsiTheme="minorEastAsia"/>
              </w:rPr>
            </w:pPr>
            <w:r w:rsidRPr="00025625">
              <w:rPr>
                <w:rFonts w:asciiTheme="minorEastAsia" w:hAnsiTheme="minorEastAsia"/>
                <w:sz w:val="19"/>
              </w:rPr>
              <w:t>設立年月</w:t>
            </w:r>
          </w:p>
        </w:tc>
        <w:tc>
          <w:tcPr>
            <w:tcW w:w="2592" w:type="dxa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389D84C5" w14:textId="77777777" w:rsidR="00F837B5" w:rsidRPr="00025625" w:rsidRDefault="006557E5">
            <w:pPr>
              <w:rPr>
                <w:rFonts w:asciiTheme="minorEastAsia" w:hAnsiTheme="minorEastAsia"/>
              </w:rPr>
            </w:pPr>
            <w:r w:rsidRPr="00025625">
              <w:rPr>
                <w:rFonts w:asciiTheme="minorEastAsia" w:hAnsiTheme="minorEastAsia"/>
              </w:rPr>
              <w:t xml:space="preserve">　　年　　月</w:t>
            </w:r>
          </w:p>
        </w:tc>
        <w:tc>
          <w:tcPr>
            <w:tcW w:w="2160" w:type="dxa"/>
            <w:shd w:val="clear" w:color="auto" w:fill="F2F2F2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0DFB4014" w14:textId="77777777" w:rsidR="00F837B5" w:rsidRPr="00025625" w:rsidRDefault="006557E5">
            <w:pPr>
              <w:rPr>
                <w:rFonts w:asciiTheme="minorEastAsia" w:hAnsiTheme="minorEastAsia"/>
              </w:rPr>
            </w:pPr>
            <w:r w:rsidRPr="00025625">
              <w:rPr>
                <w:rFonts w:asciiTheme="minorEastAsia" w:hAnsiTheme="minorEastAsia"/>
                <w:sz w:val="19"/>
              </w:rPr>
              <w:t>従業員数</w:t>
            </w:r>
          </w:p>
        </w:tc>
        <w:tc>
          <w:tcPr>
            <w:tcW w:w="2448" w:type="dxa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7AD5EFD1" w14:textId="77777777" w:rsidR="00F837B5" w:rsidRPr="00025625" w:rsidRDefault="006557E5" w:rsidP="00025625">
            <w:pPr>
              <w:jc w:val="right"/>
              <w:rPr>
                <w:rFonts w:asciiTheme="minorEastAsia" w:hAnsiTheme="minorEastAsia"/>
              </w:rPr>
            </w:pPr>
            <w:r w:rsidRPr="00025625">
              <w:rPr>
                <w:rFonts w:asciiTheme="minorEastAsia" w:hAnsiTheme="minorEastAsia"/>
              </w:rPr>
              <w:t xml:space="preserve">　　　人</w:t>
            </w:r>
          </w:p>
        </w:tc>
      </w:tr>
      <w:tr w:rsidR="00F837B5" w:rsidRPr="00025625" w14:paraId="4E6BFE6C" w14:textId="77777777">
        <w:trPr>
          <w:jc w:val="center"/>
        </w:trPr>
        <w:tc>
          <w:tcPr>
            <w:tcW w:w="2160" w:type="dxa"/>
            <w:shd w:val="clear" w:color="auto" w:fill="F2F2F2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410E4865" w14:textId="77777777" w:rsidR="00F837B5" w:rsidRPr="00025625" w:rsidRDefault="006557E5">
            <w:pPr>
              <w:rPr>
                <w:rFonts w:asciiTheme="minorEastAsia" w:hAnsiTheme="minorEastAsia"/>
              </w:rPr>
            </w:pPr>
            <w:r w:rsidRPr="00025625">
              <w:rPr>
                <w:rFonts w:asciiTheme="minorEastAsia" w:hAnsiTheme="minorEastAsia"/>
                <w:sz w:val="19"/>
              </w:rPr>
              <w:t>資本金</w:t>
            </w:r>
          </w:p>
        </w:tc>
        <w:tc>
          <w:tcPr>
            <w:tcW w:w="2592" w:type="dxa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5BFC1159" w14:textId="77777777" w:rsidR="00F837B5" w:rsidRPr="00025625" w:rsidRDefault="006557E5" w:rsidP="00025625">
            <w:pPr>
              <w:jc w:val="right"/>
              <w:rPr>
                <w:rFonts w:asciiTheme="minorEastAsia" w:hAnsiTheme="minorEastAsia"/>
              </w:rPr>
            </w:pPr>
            <w:r w:rsidRPr="00025625">
              <w:rPr>
                <w:rFonts w:asciiTheme="minorEastAsia" w:hAnsiTheme="minorEastAsia"/>
              </w:rPr>
              <w:t xml:space="preserve">　　　千円</w:t>
            </w:r>
          </w:p>
        </w:tc>
        <w:tc>
          <w:tcPr>
            <w:tcW w:w="2160" w:type="dxa"/>
            <w:shd w:val="clear" w:color="auto" w:fill="F2F2F2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7032682F" w14:textId="77777777" w:rsidR="00F837B5" w:rsidRPr="00025625" w:rsidRDefault="006557E5">
            <w:pPr>
              <w:rPr>
                <w:rFonts w:asciiTheme="minorEastAsia" w:hAnsiTheme="minorEastAsia"/>
              </w:rPr>
            </w:pPr>
            <w:r w:rsidRPr="00025625">
              <w:rPr>
                <w:rFonts w:asciiTheme="minorEastAsia" w:hAnsiTheme="minorEastAsia"/>
                <w:sz w:val="19"/>
              </w:rPr>
              <w:t>売上高（最新年度）</w:t>
            </w:r>
          </w:p>
        </w:tc>
        <w:tc>
          <w:tcPr>
            <w:tcW w:w="2448" w:type="dxa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506356FC" w14:textId="77777777" w:rsidR="00025625" w:rsidRPr="00025625" w:rsidRDefault="006557E5" w:rsidP="00025625">
            <w:pPr>
              <w:jc w:val="right"/>
              <w:rPr>
                <w:rFonts w:asciiTheme="minorEastAsia" w:hAnsiTheme="minorEastAsia"/>
                <w:lang w:eastAsia="ja-JP"/>
              </w:rPr>
            </w:pPr>
            <w:r w:rsidRPr="00025625">
              <w:rPr>
                <w:rFonts w:asciiTheme="minorEastAsia" w:hAnsiTheme="minorEastAsia"/>
              </w:rPr>
              <w:t xml:space="preserve">　　　</w:t>
            </w:r>
            <w:proofErr w:type="spellStart"/>
            <w:r w:rsidRPr="00025625">
              <w:rPr>
                <w:rFonts w:asciiTheme="minorEastAsia" w:hAnsiTheme="minorEastAsia"/>
              </w:rPr>
              <w:t>千円</w:t>
            </w:r>
            <w:proofErr w:type="spellEnd"/>
          </w:p>
          <w:p w14:paraId="58D3BFA5" w14:textId="42C666D2" w:rsidR="00F837B5" w:rsidRPr="00025625" w:rsidRDefault="006557E5">
            <w:pPr>
              <w:rPr>
                <w:rFonts w:asciiTheme="minorEastAsia" w:hAnsiTheme="minorEastAsia"/>
              </w:rPr>
            </w:pPr>
            <w:r w:rsidRPr="00025625">
              <w:rPr>
                <w:rFonts w:asciiTheme="minorEastAsia" w:hAnsiTheme="minorEastAsia"/>
              </w:rPr>
              <w:t xml:space="preserve">（　</w:t>
            </w:r>
            <w:proofErr w:type="spellStart"/>
            <w:r w:rsidRPr="00025625">
              <w:rPr>
                <w:rFonts w:asciiTheme="minorEastAsia" w:hAnsiTheme="minorEastAsia"/>
              </w:rPr>
              <w:t>年度</w:t>
            </w:r>
            <w:proofErr w:type="spellEnd"/>
            <w:r w:rsidRPr="00025625">
              <w:rPr>
                <w:rFonts w:asciiTheme="minorEastAsia" w:hAnsiTheme="minorEastAsia"/>
              </w:rPr>
              <w:t>）</w:t>
            </w:r>
          </w:p>
        </w:tc>
      </w:tr>
      <w:tr w:rsidR="00F837B5" w:rsidRPr="00025625" w14:paraId="4E554230" w14:textId="77777777">
        <w:trPr>
          <w:jc w:val="center"/>
        </w:trPr>
        <w:tc>
          <w:tcPr>
            <w:tcW w:w="2160" w:type="dxa"/>
            <w:shd w:val="clear" w:color="auto" w:fill="F2F2F2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200C5B24" w14:textId="77777777" w:rsidR="00F837B5" w:rsidRPr="00025625" w:rsidRDefault="006557E5">
            <w:pPr>
              <w:rPr>
                <w:rFonts w:asciiTheme="minorEastAsia" w:hAnsiTheme="minorEastAsia"/>
              </w:rPr>
            </w:pPr>
            <w:r w:rsidRPr="00025625">
              <w:rPr>
                <w:rFonts w:asciiTheme="minorEastAsia" w:hAnsiTheme="minorEastAsia"/>
                <w:sz w:val="19"/>
              </w:rPr>
              <w:t>主な業務内容</w:t>
            </w:r>
          </w:p>
        </w:tc>
        <w:tc>
          <w:tcPr>
            <w:tcW w:w="7200" w:type="dxa"/>
            <w:gridSpan w:val="3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151128C1" w14:textId="77777777" w:rsidR="00F837B5" w:rsidRPr="00025625" w:rsidRDefault="00F837B5">
            <w:pPr>
              <w:rPr>
                <w:rFonts w:asciiTheme="minorEastAsia" w:hAnsiTheme="minorEastAsia"/>
              </w:rPr>
            </w:pPr>
          </w:p>
        </w:tc>
      </w:tr>
      <w:tr w:rsidR="00F837B5" w:rsidRPr="00025625" w14:paraId="10B54796" w14:textId="77777777">
        <w:trPr>
          <w:jc w:val="center"/>
        </w:trPr>
        <w:tc>
          <w:tcPr>
            <w:tcW w:w="2160" w:type="dxa"/>
            <w:shd w:val="clear" w:color="auto" w:fill="F2F2F2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37D90F9E" w14:textId="77777777" w:rsidR="00F837B5" w:rsidRPr="00025625" w:rsidRDefault="006557E5">
            <w:pPr>
              <w:rPr>
                <w:rFonts w:asciiTheme="minorEastAsia" w:hAnsiTheme="minorEastAsia"/>
              </w:rPr>
            </w:pPr>
            <w:r w:rsidRPr="00025625">
              <w:rPr>
                <w:rFonts w:asciiTheme="minorEastAsia" w:hAnsiTheme="minorEastAsia"/>
                <w:sz w:val="19"/>
              </w:rPr>
              <w:t>WebサイトURL</w:t>
            </w:r>
          </w:p>
        </w:tc>
        <w:tc>
          <w:tcPr>
            <w:tcW w:w="2592" w:type="dxa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1D38F49F" w14:textId="77777777" w:rsidR="00F837B5" w:rsidRPr="00025625" w:rsidRDefault="00F837B5">
            <w:pPr>
              <w:rPr>
                <w:rFonts w:asciiTheme="minorEastAsia" w:hAnsiTheme="minorEastAsia"/>
              </w:rPr>
            </w:pPr>
          </w:p>
        </w:tc>
        <w:tc>
          <w:tcPr>
            <w:tcW w:w="2160" w:type="dxa"/>
            <w:shd w:val="clear" w:color="auto" w:fill="F2F2F2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2D0D3188" w14:textId="77777777" w:rsidR="00F837B5" w:rsidRPr="00025625" w:rsidRDefault="006557E5">
            <w:pPr>
              <w:rPr>
                <w:rFonts w:asciiTheme="minorEastAsia" w:hAnsiTheme="minorEastAsia"/>
              </w:rPr>
            </w:pPr>
            <w:r w:rsidRPr="00025625">
              <w:rPr>
                <w:rFonts w:asciiTheme="minorEastAsia" w:hAnsiTheme="minorEastAsia"/>
                <w:sz w:val="19"/>
              </w:rPr>
              <w:t>担当支社・営業所</w:t>
            </w:r>
          </w:p>
        </w:tc>
        <w:tc>
          <w:tcPr>
            <w:tcW w:w="2448" w:type="dxa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6E3209F7" w14:textId="77777777" w:rsidR="00F837B5" w:rsidRPr="00025625" w:rsidRDefault="00F837B5">
            <w:pPr>
              <w:rPr>
                <w:rFonts w:asciiTheme="minorEastAsia" w:hAnsiTheme="minorEastAsia"/>
              </w:rPr>
            </w:pPr>
          </w:p>
        </w:tc>
      </w:tr>
    </w:tbl>
    <w:p w14:paraId="15880CE7" w14:textId="77777777" w:rsidR="00F837B5" w:rsidRPr="00025625" w:rsidRDefault="00F837B5">
      <w:pPr>
        <w:spacing w:after="100"/>
        <w:rPr>
          <w:rFonts w:asciiTheme="minorEastAsia" w:hAnsiTheme="minorEastAsia"/>
        </w:rPr>
      </w:pPr>
    </w:p>
    <w:p w14:paraId="1F63B15E" w14:textId="77777777" w:rsidR="00F837B5" w:rsidRPr="00025625" w:rsidRDefault="006557E5">
      <w:pPr>
        <w:rPr>
          <w:rFonts w:asciiTheme="minorEastAsia" w:hAnsiTheme="minorEastAsia"/>
        </w:rPr>
      </w:pPr>
      <w:r w:rsidRPr="00025625">
        <w:rPr>
          <w:rFonts w:asciiTheme="minorEastAsia" w:hAnsiTheme="minorEastAsia"/>
          <w:b/>
          <w:color w:val="000000"/>
          <w:sz w:val="24"/>
        </w:rPr>
        <w:t>２　連絡担当者情報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2592"/>
        <w:gridCol w:w="2160"/>
        <w:gridCol w:w="2448"/>
      </w:tblGrid>
      <w:tr w:rsidR="00F837B5" w:rsidRPr="00025625" w14:paraId="1CCB818D" w14:textId="77777777">
        <w:trPr>
          <w:jc w:val="center"/>
        </w:trPr>
        <w:tc>
          <w:tcPr>
            <w:tcW w:w="2160" w:type="dxa"/>
            <w:shd w:val="clear" w:color="auto" w:fill="F2F2F2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4E982682" w14:textId="77777777" w:rsidR="00F837B5" w:rsidRPr="00025625" w:rsidRDefault="006557E5">
            <w:pPr>
              <w:rPr>
                <w:rFonts w:asciiTheme="minorEastAsia" w:hAnsiTheme="minorEastAsia"/>
              </w:rPr>
            </w:pPr>
            <w:r w:rsidRPr="00025625">
              <w:rPr>
                <w:rFonts w:asciiTheme="minorEastAsia" w:hAnsiTheme="minorEastAsia"/>
              </w:rPr>
              <w:t>氏名（フリガナ）</w:t>
            </w:r>
          </w:p>
        </w:tc>
        <w:tc>
          <w:tcPr>
            <w:tcW w:w="2592" w:type="dxa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3E0A2E61" w14:textId="77777777" w:rsidR="00F837B5" w:rsidRPr="00025625" w:rsidRDefault="00F837B5">
            <w:pPr>
              <w:rPr>
                <w:rFonts w:asciiTheme="minorEastAsia" w:hAnsiTheme="minorEastAsia"/>
              </w:rPr>
            </w:pPr>
          </w:p>
        </w:tc>
        <w:tc>
          <w:tcPr>
            <w:tcW w:w="2160" w:type="dxa"/>
            <w:shd w:val="clear" w:color="auto" w:fill="F2F2F2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27A22152" w14:textId="77777777" w:rsidR="00F837B5" w:rsidRPr="00025625" w:rsidRDefault="006557E5">
            <w:pPr>
              <w:rPr>
                <w:rFonts w:asciiTheme="minorEastAsia" w:hAnsiTheme="minorEastAsia"/>
              </w:rPr>
            </w:pPr>
            <w:r w:rsidRPr="00025625">
              <w:rPr>
                <w:rFonts w:asciiTheme="minorEastAsia" w:hAnsiTheme="minorEastAsia"/>
              </w:rPr>
              <w:t>所属・役職</w:t>
            </w:r>
          </w:p>
        </w:tc>
        <w:tc>
          <w:tcPr>
            <w:tcW w:w="2448" w:type="dxa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11E517B7" w14:textId="77777777" w:rsidR="00F837B5" w:rsidRPr="00025625" w:rsidRDefault="00F837B5">
            <w:pPr>
              <w:rPr>
                <w:rFonts w:asciiTheme="minorEastAsia" w:hAnsiTheme="minorEastAsia"/>
              </w:rPr>
            </w:pPr>
          </w:p>
        </w:tc>
      </w:tr>
      <w:tr w:rsidR="00F837B5" w:rsidRPr="00025625" w14:paraId="54609C3A" w14:textId="77777777">
        <w:trPr>
          <w:jc w:val="center"/>
        </w:trPr>
        <w:tc>
          <w:tcPr>
            <w:tcW w:w="2160" w:type="dxa"/>
            <w:shd w:val="clear" w:color="auto" w:fill="F2F2F2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4635CF4C" w14:textId="77777777" w:rsidR="00F837B5" w:rsidRPr="00025625" w:rsidRDefault="006557E5">
            <w:pPr>
              <w:rPr>
                <w:rFonts w:asciiTheme="minorEastAsia" w:hAnsiTheme="minorEastAsia"/>
              </w:rPr>
            </w:pPr>
            <w:r w:rsidRPr="00025625">
              <w:rPr>
                <w:rFonts w:asciiTheme="minorEastAsia" w:hAnsiTheme="minorEastAsia"/>
              </w:rPr>
              <w:t>連絡先住所</w:t>
            </w:r>
          </w:p>
        </w:tc>
        <w:tc>
          <w:tcPr>
            <w:tcW w:w="7200" w:type="dxa"/>
            <w:gridSpan w:val="3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195E5E9E" w14:textId="77777777" w:rsidR="00F837B5" w:rsidRPr="00025625" w:rsidRDefault="00F837B5">
            <w:pPr>
              <w:rPr>
                <w:rFonts w:asciiTheme="minorEastAsia" w:hAnsiTheme="minorEastAsia"/>
              </w:rPr>
            </w:pPr>
          </w:p>
        </w:tc>
      </w:tr>
      <w:tr w:rsidR="00F837B5" w:rsidRPr="00025625" w14:paraId="03DDCEB8" w14:textId="77777777">
        <w:trPr>
          <w:jc w:val="center"/>
        </w:trPr>
        <w:tc>
          <w:tcPr>
            <w:tcW w:w="2160" w:type="dxa"/>
            <w:shd w:val="clear" w:color="auto" w:fill="F2F2F2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19564C31" w14:textId="77777777" w:rsidR="00F837B5" w:rsidRPr="00025625" w:rsidRDefault="006557E5">
            <w:pPr>
              <w:rPr>
                <w:rFonts w:asciiTheme="minorEastAsia" w:hAnsiTheme="minorEastAsia"/>
              </w:rPr>
            </w:pPr>
            <w:r w:rsidRPr="00025625">
              <w:rPr>
                <w:rFonts w:asciiTheme="minorEastAsia" w:hAnsiTheme="minorEastAsia"/>
              </w:rPr>
              <w:t>電話番号</w:t>
            </w:r>
          </w:p>
        </w:tc>
        <w:tc>
          <w:tcPr>
            <w:tcW w:w="2592" w:type="dxa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1EB5B597" w14:textId="77777777" w:rsidR="00F837B5" w:rsidRPr="00025625" w:rsidRDefault="00F837B5">
            <w:pPr>
              <w:rPr>
                <w:rFonts w:asciiTheme="minorEastAsia" w:hAnsiTheme="minorEastAsia"/>
              </w:rPr>
            </w:pPr>
          </w:p>
        </w:tc>
        <w:tc>
          <w:tcPr>
            <w:tcW w:w="2160" w:type="dxa"/>
            <w:shd w:val="clear" w:color="auto" w:fill="F2F2F2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3C0427C4" w14:textId="77777777" w:rsidR="00F837B5" w:rsidRPr="00025625" w:rsidRDefault="006557E5">
            <w:pPr>
              <w:rPr>
                <w:rFonts w:asciiTheme="minorEastAsia" w:hAnsiTheme="minorEastAsia"/>
              </w:rPr>
            </w:pPr>
            <w:r w:rsidRPr="00025625">
              <w:rPr>
                <w:rFonts w:asciiTheme="minorEastAsia" w:hAnsiTheme="minorEastAsia"/>
              </w:rPr>
              <w:t>FAX番号</w:t>
            </w:r>
          </w:p>
        </w:tc>
        <w:tc>
          <w:tcPr>
            <w:tcW w:w="2448" w:type="dxa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06764FBE" w14:textId="77777777" w:rsidR="00F837B5" w:rsidRPr="00025625" w:rsidRDefault="00F837B5">
            <w:pPr>
              <w:rPr>
                <w:rFonts w:asciiTheme="minorEastAsia" w:hAnsiTheme="minorEastAsia"/>
              </w:rPr>
            </w:pPr>
          </w:p>
        </w:tc>
      </w:tr>
      <w:tr w:rsidR="00F837B5" w:rsidRPr="00025625" w14:paraId="13D86BC2" w14:textId="77777777">
        <w:trPr>
          <w:jc w:val="center"/>
        </w:trPr>
        <w:tc>
          <w:tcPr>
            <w:tcW w:w="2160" w:type="dxa"/>
            <w:shd w:val="clear" w:color="auto" w:fill="F2F2F2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6F502023" w14:textId="77777777" w:rsidR="00F837B5" w:rsidRPr="00025625" w:rsidRDefault="006557E5">
            <w:pPr>
              <w:rPr>
                <w:rFonts w:asciiTheme="minorEastAsia" w:hAnsiTheme="minorEastAsia"/>
              </w:rPr>
            </w:pPr>
            <w:r w:rsidRPr="00025625">
              <w:rPr>
                <w:rFonts w:asciiTheme="minorEastAsia" w:hAnsiTheme="minorEastAsia"/>
              </w:rPr>
              <w:t>E-mailアドレス</w:t>
            </w:r>
          </w:p>
        </w:tc>
        <w:tc>
          <w:tcPr>
            <w:tcW w:w="7200" w:type="dxa"/>
            <w:gridSpan w:val="3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6FEDE0DD" w14:textId="77777777" w:rsidR="00F837B5" w:rsidRPr="00025625" w:rsidRDefault="00F837B5">
            <w:pPr>
              <w:rPr>
                <w:rFonts w:asciiTheme="minorEastAsia" w:hAnsiTheme="minorEastAsia"/>
              </w:rPr>
            </w:pPr>
          </w:p>
        </w:tc>
      </w:tr>
    </w:tbl>
    <w:p w14:paraId="70AAB37C" w14:textId="77777777" w:rsidR="00F837B5" w:rsidRPr="00025625" w:rsidRDefault="00F837B5">
      <w:pPr>
        <w:spacing w:after="100"/>
        <w:rPr>
          <w:rFonts w:asciiTheme="minorEastAsia" w:hAnsiTheme="minorEastAsia"/>
          <w:lang w:eastAsia="ja-JP"/>
        </w:rPr>
      </w:pPr>
    </w:p>
    <w:p w14:paraId="21E3ED20" w14:textId="77777777" w:rsidR="00025625" w:rsidRPr="00025625" w:rsidRDefault="00025625">
      <w:pPr>
        <w:spacing w:after="100"/>
        <w:rPr>
          <w:rFonts w:asciiTheme="minorEastAsia" w:hAnsiTheme="minorEastAsia"/>
          <w:lang w:eastAsia="ja-JP"/>
        </w:rPr>
      </w:pPr>
    </w:p>
    <w:p w14:paraId="411C6D9F" w14:textId="77777777" w:rsidR="00025625" w:rsidRPr="00025625" w:rsidRDefault="00025625">
      <w:pPr>
        <w:spacing w:after="100"/>
        <w:rPr>
          <w:rFonts w:asciiTheme="minorEastAsia" w:hAnsiTheme="minorEastAsia"/>
          <w:lang w:eastAsia="ja-JP"/>
        </w:rPr>
      </w:pPr>
    </w:p>
    <w:p w14:paraId="58E3A8A0" w14:textId="77777777" w:rsidR="00025625" w:rsidRPr="00025625" w:rsidRDefault="00025625">
      <w:pPr>
        <w:spacing w:after="100"/>
        <w:rPr>
          <w:rFonts w:asciiTheme="minorEastAsia" w:hAnsiTheme="minorEastAsia"/>
          <w:lang w:eastAsia="ja-JP"/>
        </w:rPr>
      </w:pPr>
    </w:p>
    <w:p w14:paraId="5FB49D39" w14:textId="77777777" w:rsidR="00F837B5" w:rsidRPr="00025625" w:rsidRDefault="006557E5">
      <w:pPr>
        <w:rPr>
          <w:rFonts w:asciiTheme="minorEastAsia" w:hAnsiTheme="minorEastAsia"/>
          <w:lang w:eastAsia="ja-JP"/>
        </w:rPr>
      </w:pPr>
      <w:r w:rsidRPr="00025625">
        <w:rPr>
          <w:rFonts w:asciiTheme="minorEastAsia" w:hAnsiTheme="minorEastAsia"/>
          <w:b/>
          <w:color w:val="000000"/>
          <w:sz w:val="24"/>
          <w:lang w:eastAsia="ja-JP"/>
        </w:rPr>
        <w:t>３　応募資格・業務実績に関する事項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6480"/>
      </w:tblGrid>
      <w:tr w:rsidR="00F837B5" w:rsidRPr="00025625" w14:paraId="42665B7C" w14:textId="77777777">
        <w:trPr>
          <w:jc w:val="center"/>
        </w:trPr>
        <w:tc>
          <w:tcPr>
            <w:tcW w:w="2880" w:type="dxa"/>
            <w:shd w:val="clear" w:color="auto" w:fill="F2F2F2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2F00733E" w14:textId="77777777" w:rsidR="00F837B5" w:rsidRPr="00025625" w:rsidRDefault="006557E5">
            <w:pPr>
              <w:rPr>
                <w:rFonts w:asciiTheme="minorEastAsia" w:hAnsiTheme="minorEastAsia"/>
                <w:lang w:eastAsia="ja-JP"/>
              </w:rPr>
            </w:pPr>
            <w:r w:rsidRPr="00025625">
              <w:rPr>
                <w:rFonts w:asciiTheme="minorEastAsia" w:hAnsiTheme="minorEastAsia"/>
                <w:lang w:eastAsia="ja-JP"/>
              </w:rPr>
              <w:lastRenderedPageBreak/>
              <w:t>(1) 同種・類似業務実績</w:t>
            </w:r>
            <w:r w:rsidRPr="00025625">
              <w:rPr>
                <w:rFonts w:asciiTheme="minorEastAsia" w:hAnsiTheme="minorEastAsia"/>
                <w:lang w:eastAsia="ja-JP"/>
              </w:rPr>
              <w:br/>
              <w:t>（過去5年以内の主な実績）</w:t>
            </w:r>
          </w:p>
        </w:tc>
        <w:tc>
          <w:tcPr>
            <w:tcW w:w="6480" w:type="dxa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3F51DBB4" w14:textId="77777777" w:rsidR="00F837B5" w:rsidRPr="00025625" w:rsidRDefault="006557E5">
            <w:pPr>
              <w:rPr>
                <w:rFonts w:asciiTheme="minorEastAsia" w:hAnsiTheme="minorEastAsia"/>
              </w:rPr>
            </w:pPr>
            <w:r w:rsidRPr="00025625">
              <w:rPr>
                <w:rFonts w:asciiTheme="minorEastAsia" w:hAnsiTheme="minorEastAsia"/>
              </w:rPr>
              <w:t xml:space="preserve">① </w:t>
            </w:r>
            <w:proofErr w:type="spellStart"/>
            <w:r w:rsidRPr="00025625">
              <w:rPr>
                <w:rFonts w:asciiTheme="minorEastAsia" w:hAnsiTheme="minorEastAsia"/>
              </w:rPr>
              <w:t>業務名</w:t>
            </w:r>
            <w:proofErr w:type="spellEnd"/>
            <w:r w:rsidRPr="00025625">
              <w:rPr>
                <w:rFonts w:asciiTheme="minorEastAsia" w:hAnsiTheme="minorEastAsia"/>
              </w:rPr>
              <w:t>：</w:t>
            </w:r>
            <w:r w:rsidRPr="00025625">
              <w:rPr>
                <w:rFonts w:asciiTheme="minorEastAsia" w:hAnsiTheme="minorEastAsia"/>
              </w:rPr>
              <w:br/>
              <w:t xml:space="preserve">　 </w:t>
            </w:r>
            <w:proofErr w:type="spellStart"/>
            <w:r w:rsidRPr="00025625">
              <w:rPr>
                <w:rFonts w:asciiTheme="minorEastAsia" w:hAnsiTheme="minorEastAsia"/>
              </w:rPr>
              <w:t>発注者</w:t>
            </w:r>
            <w:proofErr w:type="spellEnd"/>
            <w:r w:rsidRPr="00025625">
              <w:rPr>
                <w:rFonts w:asciiTheme="minorEastAsia" w:hAnsiTheme="minorEastAsia"/>
              </w:rPr>
              <w:t>：</w:t>
            </w:r>
            <w:r w:rsidRPr="00025625">
              <w:rPr>
                <w:rFonts w:asciiTheme="minorEastAsia" w:hAnsiTheme="minorEastAsia"/>
              </w:rPr>
              <w:br/>
              <w:t xml:space="preserve">　 </w:t>
            </w:r>
            <w:proofErr w:type="spellStart"/>
            <w:r w:rsidRPr="00025625">
              <w:rPr>
                <w:rFonts w:asciiTheme="minorEastAsia" w:hAnsiTheme="minorEastAsia"/>
              </w:rPr>
              <w:t>履行期間</w:t>
            </w:r>
            <w:proofErr w:type="spellEnd"/>
            <w:r w:rsidRPr="00025625">
              <w:rPr>
                <w:rFonts w:asciiTheme="minorEastAsia" w:hAnsiTheme="minorEastAsia"/>
              </w:rPr>
              <w:t>：</w:t>
            </w:r>
            <w:r w:rsidRPr="00025625">
              <w:rPr>
                <w:rFonts w:asciiTheme="minorEastAsia" w:hAnsiTheme="minorEastAsia"/>
              </w:rPr>
              <w:br/>
            </w:r>
            <w:r w:rsidRPr="00025625">
              <w:rPr>
                <w:rFonts w:asciiTheme="minorEastAsia" w:hAnsiTheme="minorEastAsia"/>
              </w:rPr>
              <w:br/>
              <w:t>② 業務名：</w:t>
            </w:r>
            <w:r w:rsidRPr="00025625">
              <w:rPr>
                <w:rFonts w:asciiTheme="minorEastAsia" w:hAnsiTheme="minorEastAsia"/>
              </w:rPr>
              <w:br/>
              <w:t xml:space="preserve">　 発注者：</w:t>
            </w:r>
            <w:r w:rsidRPr="00025625">
              <w:rPr>
                <w:rFonts w:asciiTheme="minorEastAsia" w:hAnsiTheme="minorEastAsia"/>
              </w:rPr>
              <w:br/>
              <w:t xml:space="preserve">　 履行期間：</w:t>
            </w:r>
          </w:p>
        </w:tc>
      </w:tr>
      <w:tr w:rsidR="00F837B5" w:rsidRPr="00025625" w14:paraId="30B80C94" w14:textId="77777777">
        <w:trPr>
          <w:jc w:val="center"/>
        </w:trPr>
        <w:tc>
          <w:tcPr>
            <w:tcW w:w="2880" w:type="dxa"/>
            <w:shd w:val="clear" w:color="auto" w:fill="F2F2F2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6BD08EBE" w14:textId="77777777" w:rsidR="00F837B5" w:rsidRPr="00025625" w:rsidRDefault="006557E5">
            <w:pPr>
              <w:rPr>
                <w:rFonts w:asciiTheme="minorEastAsia" w:hAnsiTheme="minorEastAsia"/>
              </w:rPr>
            </w:pPr>
            <w:r w:rsidRPr="00025625">
              <w:rPr>
                <w:rFonts w:asciiTheme="minorEastAsia" w:hAnsiTheme="minorEastAsia"/>
              </w:rPr>
              <w:t>(2) 専任担当者の配置</w:t>
            </w:r>
          </w:p>
        </w:tc>
        <w:tc>
          <w:tcPr>
            <w:tcW w:w="6480" w:type="dxa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3B01020A" w14:textId="77777777" w:rsidR="00F837B5" w:rsidRPr="00025625" w:rsidRDefault="006557E5">
            <w:pPr>
              <w:rPr>
                <w:rFonts w:asciiTheme="minorEastAsia" w:hAnsiTheme="minorEastAsia"/>
                <w:lang w:eastAsia="ja-JP"/>
              </w:rPr>
            </w:pPr>
            <w:r w:rsidRPr="00025625">
              <w:rPr>
                <w:rFonts w:asciiTheme="minorEastAsia" w:hAnsiTheme="minorEastAsia"/>
                <w:lang w:eastAsia="ja-JP"/>
              </w:rPr>
              <w:t>氏名：</w:t>
            </w:r>
            <w:r w:rsidRPr="00025625">
              <w:rPr>
                <w:rFonts w:asciiTheme="minorEastAsia" w:hAnsiTheme="minorEastAsia"/>
                <w:lang w:eastAsia="ja-JP"/>
              </w:rPr>
              <w:br/>
              <w:t>所属・役職：</w:t>
            </w:r>
            <w:r w:rsidRPr="00025625">
              <w:rPr>
                <w:rFonts w:asciiTheme="minorEastAsia" w:hAnsiTheme="minorEastAsia"/>
                <w:lang w:eastAsia="ja-JP"/>
              </w:rPr>
              <w:br/>
              <w:t>主要経歴・同種業務経験：</w:t>
            </w:r>
          </w:p>
        </w:tc>
      </w:tr>
      <w:tr w:rsidR="00F837B5" w:rsidRPr="00025625" w14:paraId="224A5250" w14:textId="77777777">
        <w:trPr>
          <w:jc w:val="center"/>
        </w:trPr>
        <w:tc>
          <w:tcPr>
            <w:tcW w:w="2880" w:type="dxa"/>
            <w:shd w:val="clear" w:color="auto" w:fill="F2F2F2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1FC76687" w14:textId="77777777" w:rsidR="00F837B5" w:rsidRPr="00025625" w:rsidRDefault="006557E5">
            <w:pPr>
              <w:rPr>
                <w:rFonts w:asciiTheme="minorEastAsia" w:hAnsiTheme="minorEastAsia"/>
                <w:lang w:eastAsia="ja-JP"/>
              </w:rPr>
            </w:pPr>
            <w:r w:rsidRPr="00025625">
              <w:rPr>
                <w:rFonts w:asciiTheme="minorEastAsia" w:hAnsiTheme="minorEastAsia"/>
                <w:lang w:eastAsia="ja-JP"/>
              </w:rPr>
              <w:t>(3) セキュリティ認証取得状況</w:t>
            </w:r>
          </w:p>
        </w:tc>
        <w:tc>
          <w:tcPr>
            <w:tcW w:w="6480" w:type="dxa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3FB51DF0" w14:textId="77777777" w:rsidR="00F837B5" w:rsidRPr="00025625" w:rsidRDefault="006557E5">
            <w:pPr>
              <w:rPr>
                <w:rFonts w:asciiTheme="minorEastAsia" w:hAnsiTheme="minorEastAsia"/>
                <w:lang w:eastAsia="ja-JP"/>
              </w:rPr>
            </w:pPr>
            <w:r w:rsidRPr="00025625">
              <w:rPr>
                <w:rFonts w:asciiTheme="minorEastAsia" w:hAnsiTheme="minorEastAsia"/>
                <w:lang w:eastAsia="ja-JP"/>
              </w:rPr>
              <w:t>□ プライバシーマーク（Pマーク）</w:t>
            </w:r>
            <w:r w:rsidRPr="00025625">
              <w:rPr>
                <w:rFonts w:asciiTheme="minorEastAsia" w:hAnsiTheme="minorEastAsia"/>
                <w:lang w:eastAsia="ja-JP"/>
              </w:rPr>
              <w:br/>
              <w:t>□ ISMS（ISO/IEC 27001）</w:t>
            </w:r>
            <w:r w:rsidRPr="00025625">
              <w:rPr>
                <w:rFonts w:asciiTheme="minorEastAsia" w:hAnsiTheme="minorEastAsia"/>
                <w:lang w:eastAsia="ja-JP"/>
              </w:rPr>
              <w:br/>
              <w:t>□ その他（　　　　　　　　）</w:t>
            </w:r>
            <w:r w:rsidRPr="00025625">
              <w:rPr>
                <w:rFonts w:asciiTheme="minorEastAsia" w:hAnsiTheme="minorEastAsia"/>
                <w:lang w:eastAsia="ja-JP"/>
              </w:rPr>
              <w:br/>
              <w:t>※資格証明書の写しを添付すること。</w:t>
            </w:r>
          </w:p>
        </w:tc>
      </w:tr>
      <w:tr w:rsidR="00F837B5" w:rsidRPr="00025625" w14:paraId="4C0730DA" w14:textId="77777777">
        <w:trPr>
          <w:jc w:val="center"/>
        </w:trPr>
        <w:tc>
          <w:tcPr>
            <w:tcW w:w="2880" w:type="dxa"/>
            <w:shd w:val="clear" w:color="auto" w:fill="F2F2F2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18447D8A" w14:textId="77777777" w:rsidR="00F837B5" w:rsidRPr="00025625" w:rsidRDefault="006557E5">
            <w:pPr>
              <w:rPr>
                <w:rFonts w:asciiTheme="minorEastAsia" w:hAnsiTheme="minorEastAsia"/>
              </w:rPr>
            </w:pPr>
            <w:r w:rsidRPr="00025625">
              <w:rPr>
                <w:rFonts w:asciiTheme="minorEastAsia" w:hAnsiTheme="minorEastAsia"/>
              </w:rPr>
              <w:t xml:space="preserve">(4) </w:t>
            </w:r>
            <w:proofErr w:type="spellStart"/>
            <w:r w:rsidRPr="00025625">
              <w:rPr>
                <w:rFonts w:asciiTheme="minorEastAsia" w:hAnsiTheme="minorEastAsia"/>
              </w:rPr>
              <w:t>暴力団排除誓約等</w:t>
            </w:r>
            <w:proofErr w:type="spellEnd"/>
          </w:p>
        </w:tc>
        <w:tc>
          <w:tcPr>
            <w:tcW w:w="6480" w:type="dxa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1690CCA2" w14:textId="62726129" w:rsidR="00F837B5" w:rsidRPr="00025625" w:rsidRDefault="000B485E">
            <w:pPr>
              <w:rPr>
                <w:rFonts w:asciiTheme="minorEastAsia" w:hAnsiTheme="minorEastAsia"/>
                <w:lang w:eastAsia="ja-JP"/>
              </w:rPr>
            </w:pPr>
            <w:r w:rsidRPr="00025625">
              <w:rPr>
                <w:rFonts w:asciiTheme="minorEastAsia" w:hAnsiTheme="minorEastAsia"/>
                <w:lang w:eastAsia="ja-JP"/>
              </w:rPr>
              <w:t>□</w:t>
            </w:r>
            <w:r>
              <w:rPr>
                <w:rFonts w:asciiTheme="minorEastAsia" w:hAnsiTheme="minorEastAsia" w:hint="eastAsia"/>
                <w:lang w:eastAsia="ja-JP"/>
              </w:rPr>
              <w:t xml:space="preserve">　</w:t>
            </w:r>
            <w:r w:rsidR="006557E5" w:rsidRPr="00025625">
              <w:rPr>
                <w:rFonts w:asciiTheme="minorEastAsia" w:hAnsiTheme="minorEastAsia"/>
                <w:lang w:eastAsia="ja-JP"/>
              </w:rPr>
              <w:t>暴力団排除に関する規定、入札停止措置等を受けていないことに相違ありません。</w:t>
            </w:r>
          </w:p>
        </w:tc>
      </w:tr>
    </w:tbl>
    <w:p w14:paraId="4AE9F868" w14:textId="77777777" w:rsidR="006557E5" w:rsidRPr="00025625" w:rsidRDefault="006557E5">
      <w:pPr>
        <w:rPr>
          <w:rFonts w:asciiTheme="minorEastAsia" w:hAnsiTheme="minorEastAsia"/>
          <w:lang w:eastAsia="ja-JP"/>
        </w:rPr>
      </w:pPr>
    </w:p>
    <w:sectPr w:rsidR="006557E5" w:rsidRPr="00025625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69B0D" w14:textId="77777777" w:rsidR="00252816" w:rsidRDefault="00252816" w:rsidP="004A1AA1">
      <w:pPr>
        <w:spacing w:after="0" w:line="240" w:lineRule="auto"/>
      </w:pPr>
      <w:r>
        <w:separator/>
      </w:r>
    </w:p>
  </w:endnote>
  <w:endnote w:type="continuationSeparator" w:id="0">
    <w:p w14:paraId="5ACBB995" w14:textId="77777777" w:rsidR="00252816" w:rsidRDefault="00252816" w:rsidP="004A1A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B83C0" w14:textId="77777777" w:rsidR="00252816" w:rsidRDefault="00252816" w:rsidP="004A1AA1">
      <w:pPr>
        <w:spacing w:after="0" w:line="240" w:lineRule="auto"/>
      </w:pPr>
      <w:r>
        <w:separator/>
      </w:r>
    </w:p>
  </w:footnote>
  <w:footnote w:type="continuationSeparator" w:id="0">
    <w:p w14:paraId="5D157426" w14:textId="77777777" w:rsidR="00252816" w:rsidRDefault="00252816" w:rsidP="004A1A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78176309">
    <w:abstractNumId w:val="8"/>
  </w:num>
  <w:num w:numId="2" w16cid:durableId="586184865">
    <w:abstractNumId w:val="6"/>
  </w:num>
  <w:num w:numId="3" w16cid:durableId="1053120138">
    <w:abstractNumId w:val="5"/>
  </w:num>
  <w:num w:numId="4" w16cid:durableId="1865168173">
    <w:abstractNumId w:val="4"/>
  </w:num>
  <w:num w:numId="5" w16cid:durableId="920914381">
    <w:abstractNumId w:val="7"/>
  </w:num>
  <w:num w:numId="6" w16cid:durableId="1436442587">
    <w:abstractNumId w:val="3"/>
  </w:num>
  <w:num w:numId="7" w16cid:durableId="558630698">
    <w:abstractNumId w:val="2"/>
  </w:num>
  <w:num w:numId="8" w16cid:durableId="513037566">
    <w:abstractNumId w:val="1"/>
  </w:num>
  <w:num w:numId="9" w16cid:durableId="12490786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5625"/>
    <w:rsid w:val="00034616"/>
    <w:rsid w:val="0006063C"/>
    <w:rsid w:val="000B485E"/>
    <w:rsid w:val="0015074B"/>
    <w:rsid w:val="00252816"/>
    <w:rsid w:val="0029639D"/>
    <w:rsid w:val="00305BE2"/>
    <w:rsid w:val="00326F90"/>
    <w:rsid w:val="004A1AA1"/>
    <w:rsid w:val="006557E5"/>
    <w:rsid w:val="00A602EC"/>
    <w:rsid w:val="00AA1D8D"/>
    <w:rsid w:val="00B2714A"/>
    <w:rsid w:val="00B47730"/>
    <w:rsid w:val="00CB0664"/>
    <w:rsid w:val="00F837B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160D14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</Words>
  <Characters>411</Characters>
  <Application>Microsoft Office Word</Application>
  <DocSecurity>0</DocSecurity>
  <Lines>3</Lines>
  <Paragraphs>1</Paragraphs>
  <ScaleCrop>false</ScaleCrop>
  <Manager/>
  <Company/>
  <LinksUpToDate>false</LinksUpToDate>
  <CharactersWithSpaces>482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2026-10-23T08:12:00Z</dcterms:created>
  <dcterms:modified xsi:type="dcterms:W3CDTF">2026-10-23T08:12:00Z</dcterms:modified>
  <cp:category/>
</cp:coreProperties>
</file>