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5915F" w14:textId="77777777" w:rsidR="00A223D3" w:rsidRPr="00E757D4" w:rsidRDefault="0030509A">
      <w:pPr>
        <w:jc w:val="right"/>
        <w:rPr>
          <w:rFonts w:asciiTheme="minorEastAsia" w:hAnsiTheme="minorEastAsia"/>
          <w:lang w:eastAsia="ja-JP"/>
        </w:rPr>
      </w:pPr>
      <w:r w:rsidRPr="00E757D4">
        <w:rPr>
          <w:rFonts w:asciiTheme="minorEastAsia" w:hAnsiTheme="minorEastAsia"/>
          <w:b/>
          <w:color w:val="000000"/>
          <w:lang w:eastAsia="ja-JP"/>
        </w:rPr>
        <w:t>（様式１）</w:t>
      </w:r>
    </w:p>
    <w:p w14:paraId="6806A142" w14:textId="77777777" w:rsidR="00A223D3" w:rsidRPr="00E757D4" w:rsidRDefault="0030509A">
      <w:pPr>
        <w:spacing w:after="400"/>
        <w:jc w:val="center"/>
        <w:rPr>
          <w:rFonts w:asciiTheme="minorEastAsia" w:hAnsiTheme="minorEastAsia"/>
          <w:lang w:eastAsia="ja-JP"/>
        </w:rPr>
      </w:pPr>
      <w:r w:rsidRPr="00E757D4">
        <w:rPr>
          <w:rFonts w:asciiTheme="minorEastAsia" w:hAnsiTheme="minorEastAsia"/>
          <w:b/>
          <w:color w:val="000000"/>
          <w:sz w:val="36"/>
          <w:lang w:eastAsia="ja-JP"/>
        </w:rPr>
        <w:t>参 加 表 明 書</w:t>
      </w:r>
    </w:p>
    <w:p w14:paraId="61654035" w14:textId="77777777" w:rsidR="00A223D3" w:rsidRPr="00E757D4" w:rsidRDefault="0030509A">
      <w:pPr>
        <w:spacing w:after="400"/>
        <w:rPr>
          <w:rFonts w:asciiTheme="minorEastAsia" w:hAnsiTheme="minorEastAsia"/>
          <w:lang w:eastAsia="ja-JP"/>
        </w:rPr>
      </w:pPr>
      <w:r w:rsidRPr="00E757D4">
        <w:rPr>
          <w:rFonts w:asciiTheme="minorEastAsia" w:hAnsiTheme="minorEastAsia"/>
          <w:color w:val="000000"/>
          <w:lang w:eastAsia="ja-JP"/>
        </w:rPr>
        <w:t>（あて先）</w:t>
      </w:r>
      <w:r w:rsidRPr="00E757D4">
        <w:rPr>
          <w:rFonts w:asciiTheme="minorEastAsia" w:hAnsiTheme="minorEastAsia"/>
          <w:color w:val="000000"/>
          <w:lang w:eastAsia="ja-JP"/>
        </w:rPr>
        <w:br/>
        <w:t>地方独立行政法人京都市産業技術研究所</w:t>
      </w:r>
      <w:r w:rsidRPr="00E757D4">
        <w:rPr>
          <w:rFonts w:asciiTheme="minorEastAsia" w:hAnsiTheme="minorEastAsia"/>
          <w:color w:val="000000"/>
          <w:lang w:eastAsia="ja-JP"/>
        </w:rPr>
        <w:br/>
        <w:t>理事長　様</w:t>
      </w:r>
    </w:p>
    <w:p w14:paraId="045D2C4A" w14:textId="2D27C135" w:rsidR="00A223D3" w:rsidRPr="00E757D4" w:rsidRDefault="0030509A">
      <w:pPr>
        <w:jc w:val="right"/>
        <w:rPr>
          <w:rFonts w:asciiTheme="minorEastAsia" w:hAnsiTheme="minorEastAsia"/>
        </w:rPr>
      </w:pPr>
      <w:r w:rsidRPr="00E757D4">
        <w:rPr>
          <w:rFonts w:asciiTheme="minorEastAsia" w:hAnsiTheme="minorEastAsia"/>
          <w:color w:val="000000"/>
        </w:rPr>
        <w:t xml:space="preserve">令和　　年　</w:t>
      </w:r>
      <w:r w:rsidR="001A40B8" w:rsidRPr="00E757D4">
        <w:rPr>
          <w:rFonts w:asciiTheme="minorEastAsia" w:hAnsiTheme="minorEastAsia" w:hint="eastAsia"/>
          <w:color w:val="000000"/>
          <w:lang w:eastAsia="ja-JP"/>
        </w:rPr>
        <w:t xml:space="preserve"> </w:t>
      </w:r>
      <w:r w:rsidRPr="00E757D4">
        <w:rPr>
          <w:rFonts w:asciiTheme="minorEastAsia" w:hAnsiTheme="minorEastAsia"/>
          <w:color w:val="000000"/>
        </w:rPr>
        <w:t>月　　日</w:t>
      </w:r>
    </w:p>
    <w:tbl>
      <w:tblPr>
        <w:tblW w:w="0" w:type="auto"/>
        <w:jc w:val="center"/>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Layout w:type="fixed"/>
        <w:tblLook w:val="04A0" w:firstRow="1" w:lastRow="0" w:firstColumn="1" w:lastColumn="0" w:noHBand="0" w:noVBand="1"/>
      </w:tblPr>
      <w:tblGrid>
        <w:gridCol w:w="2880"/>
        <w:gridCol w:w="6480"/>
      </w:tblGrid>
      <w:tr w:rsidR="00A223D3" w:rsidRPr="00E757D4" w14:paraId="167FFCE6" w14:textId="77777777">
        <w:trPr>
          <w:jc w:val="center"/>
        </w:trPr>
        <w:tc>
          <w:tcPr>
            <w:tcW w:w="2880" w:type="dxa"/>
            <w:shd w:val="clear" w:color="auto" w:fill="F2F2F2"/>
            <w:tcMar>
              <w:top w:w="100" w:type="dxa"/>
              <w:left w:w="150" w:type="dxa"/>
              <w:bottom w:w="100" w:type="dxa"/>
              <w:right w:w="150" w:type="dxa"/>
            </w:tcMar>
          </w:tcPr>
          <w:p w14:paraId="0578D01A" w14:textId="77777777" w:rsidR="00A223D3" w:rsidRPr="00E757D4" w:rsidRDefault="0030509A">
            <w:pPr>
              <w:rPr>
                <w:rFonts w:asciiTheme="minorEastAsia" w:hAnsiTheme="minorEastAsia"/>
              </w:rPr>
            </w:pPr>
            <w:r w:rsidRPr="00E757D4">
              <w:rPr>
                <w:rFonts w:asciiTheme="minorEastAsia" w:hAnsiTheme="minorEastAsia"/>
                <w:b/>
                <w:color w:val="000000"/>
                <w:sz w:val="20"/>
              </w:rPr>
              <w:t>事業者 所在地</w:t>
            </w:r>
          </w:p>
        </w:tc>
        <w:tc>
          <w:tcPr>
            <w:tcW w:w="6480" w:type="dxa"/>
            <w:tcMar>
              <w:top w:w="100" w:type="dxa"/>
              <w:left w:w="150" w:type="dxa"/>
              <w:bottom w:w="100" w:type="dxa"/>
              <w:right w:w="150" w:type="dxa"/>
            </w:tcMar>
          </w:tcPr>
          <w:p w14:paraId="06D43849" w14:textId="77777777" w:rsidR="00A223D3" w:rsidRPr="00E757D4" w:rsidRDefault="0030509A">
            <w:pPr>
              <w:rPr>
                <w:rFonts w:asciiTheme="minorEastAsia" w:hAnsiTheme="minorEastAsia"/>
              </w:rPr>
            </w:pPr>
            <w:r w:rsidRPr="00E757D4">
              <w:rPr>
                <w:rFonts w:asciiTheme="minorEastAsia" w:hAnsiTheme="minorEastAsia"/>
                <w:color w:val="000000"/>
                <w:sz w:val="20"/>
              </w:rPr>
              <w:t>〒</w:t>
            </w:r>
          </w:p>
        </w:tc>
      </w:tr>
      <w:tr w:rsidR="00A223D3" w:rsidRPr="00E757D4" w14:paraId="124D2204" w14:textId="77777777">
        <w:trPr>
          <w:jc w:val="center"/>
        </w:trPr>
        <w:tc>
          <w:tcPr>
            <w:tcW w:w="2880" w:type="dxa"/>
            <w:shd w:val="clear" w:color="auto" w:fill="F2F2F2"/>
            <w:tcMar>
              <w:top w:w="100" w:type="dxa"/>
              <w:left w:w="150" w:type="dxa"/>
              <w:bottom w:w="100" w:type="dxa"/>
              <w:right w:w="150" w:type="dxa"/>
            </w:tcMar>
          </w:tcPr>
          <w:p w14:paraId="4715B5C2" w14:textId="77777777" w:rsidR="00A223D3" w:rsidRPr="00E757D4" w:rsidRDefault="0030509A">
            <w:pPr>
              <w:rPr>
                <w:rFonts w:asciiTheme="minorEastAsia" w:hAnsiTheme="minorEastAsia"/>
              </w:rPr>
            </w:pPr>
            <w:r w:rsidRPr="00E757D4">
              <w:rPr>
                <w:rFonts w:asciiTheme="minorEastAsia" w:hAnsiTheme="minorEastAsia"/>
                <w:b/>
                <w:color w:val="000000"/>
                <w:sz w:val="20"/>
              </w:rPr>
              <w:t>商号又は名称</w:t>
            </w:r>
          </w:p>
        </w:tc>
        <w:tc>
          <w:tcPr>
            <w:tcW w:w="6480" w:type="dxa"/>
            <w:tcMar>
              <w:top w:w="100" w:type="dxa"/>
              <w:left w:w="150" w:type="dxa"/>
              <w:bottom w:w="100" w:type="dxa"/>
              <w:right w:w="150" w:type="dxa"/>
            </w:tcMar>
          </w:tcPr>
          <w:p w14:paraId="26EAA1C7" w14:textId="77777777" w:rsidR="00A223D3" w:rsidRPr="00E757D4" w:rsidRDefault="00A223D3">
            <w:pPr>
              <w:rPr>
                <w:rFonts w:asciiTheme="minorEastAsia" w:hAnsiTheme="minorEastAsia"/>
              </w:rPr>
            </w:pPr>
          </w:p>
        </w:tc>
      </w:tr>
      <w:tr w:rsidR="00A223D3" w:rsidRPr="00E757D4" w14:paraId="3F85D600" w14:textId="77777777">
        <w:trPr>
          <w:jc w:val="center"/>
        </w:trPr>
        <w:tc>
          <w:tcPr>
            <w:tcW w:w="2880" w:type="dxa"/>
            <w:shd w:val="clear" w:color="auto" w:fill="F2F2F2"/>
            <w:tcMar>
              <w:top w:w="100" w:type="dxa"/>
              <w:left w:w="150" w:type="dxa"/>
              <w:bottom w:w="100" w:type="dxa"/>
              <w:right w:w="150" w:type="dxa"/>
            </w:tcMar>
          </w:tcPr>
          <w:p w14:paraId="341EBB4F" w14:textId="77777777" w:rsidR="00A223D3" w:rsidRPr="00E757D4" w:rsidRDefault="0030509A">
            <w:pPr>
              <w:rPr>
                <w:rFonts w:asciiTheme="minorEastAsia" w:hAnsiTheme="minorEastAsia"/>
              </w:rPr>
            </w:pPr>
            <w:r w:rsidRPr="00E757D4">
              <w:rPr>
                <w:rFonts w:asciiTheme="minorEastAsia" w:hAnsiTheme="minorEastAsia"/>
                <w:b/>
                <w:color w:val="000000"/>
                <w:sz w:val="20"/>
              </w:rPr>
              <w:t>代表者職・氏名</w:t>
            </w:r>
          </w:p>
        </w:tc>
        <w:tc>
          <w:tcPr>
            <w:tcW w:w="6480" w:type="dxa"/>
            <w:tcMar>
              <w:top w:w="100" w:type="dxa"/>
              <w:left w:w="150" w:type="dxa"/>
              <w:bottom w:w="100" w:type="dxa"/>
              <w:right w:w="150" w:type="dxa"/>
            </w:tcMar>
          </w:tcPr>
          <w:p w14:paraId="1A04A6F5" w14:textId="77777777" w:rsidR="00A223D3" w:rsidRPr="00E757D4" w:rsidRDefault="0030509A">
            <w:pPr>
              <w:rPr>
                <w:rFonts w:asciiTheme="minorEastAsia" w:hAnsiTheme="minorEastAsia"/>
              </w:rPr>
            </w:pPr>
            <w:r w:rsidRPr="00E757D4">
              <w:rPr>
                <w:rFonts w:asciiTheme="minorEastAsia" w:hAnsiTheme="minorEastAsia"/>
                <w:color w:val="000000"/>
                <w:sz w:val="20"/>
              </w:rPr>
              <w:t xml:space="preserve">　　　　　　　　　　　　　　　　　　　　印</w:t>
            </w:r>
          </w:p>
        </w:tc>
      </w:tr>
      <w:tr w:rsidR="00A223D3" w:rsidRPr="00E757D4" w14:paraId="70BE5DE4" w14:textId="77777777">
        <w:trPr>
          <w:jc w:val="center"/>
        </w:trPr>
        <w:tc>
          <w:tcPr>
            <w:tcW w:w="2880" w:type="dxa"/>
            <w:shd w:val="clear" w:color="auto" w:fill="F2F2F2"/>
            <w:tcMar>
              <w:top w:w="100" w:type="dxa"/>
              <w:left w:w="150" w:type="dxa"/>
              <w:bottom w:w="100" w:type="dxa"/>
              <w:right w:w="150" w:type="dxa"/>
            </w:tcMar>
          </w:tcPr>
          <w:p w14:paraId="4317C622" w14:textId="77777777" w:rsidR="006C1579" w:rsidRDefault="0030509A">
            <w:pPr>
              <w:rPr>
                <w:rFonts w:asciiTheme="minorEastAsia" w:hAnsiTheme="minorEastAsia"/>
                <w:b/>
                <w:color w:val="000000"/>
                <w:sz w:val="20"/>
                <w:lang w:eastAsia="ja-JP"/>
              </w:rPr>
            </w:pPr>
            <w:r w:rsidRPr="00E757D4">
              <w:rPr>
                <w:rFonts w:asciiTheme="minorEastAsia" w:hAnsiTheme="minorEastAsia"/>
                <w:b/>
                <w:color w:val="000000"/>
                <w:sz w:val="20"/>
                <w:lang w:eastAsia="ja-JP"/>
              </w:rPr>
              <w:t>受任者職・氏名</w:t>
            </w:r>
          </w:p>
          <w:p w14:paraId="0C6FA568" w14:textId="03F758D6" w:rsidR="00A223D3" w:rsidRPr="00E757D4" w:rsidRDefault="0030509A">
            <w:pPr>
              <w:rPr>
                <w:rFonts w:asciiTheme="minorEastAsia" w:hAnsiTheme="minorEastAsia"/>
                <w:lang w:eastAsia="ja-JP"/>
              </w:rPr>
            </w:pPr>
            <w:r w:rsidRPr="00E757D4">
              <w:rPr>
                <w:rFonts w:asciiTheme="minorEastAsia" w:hAnsiTheme="minorEastAsia"/>
                <w:b/>
                <w:color w:val="000000"/>
                <w:sz w:val="20"/>
                <w:lang w:eastAsia="ja-JP"/>
              </w:rPr>
              <w:t>（※権限委任時）</w:t>
            </w:r>
          </w:p>
        </w:tc>
        <w:tc>
          <w:tcPr>
            <w:tcW w:w="6480" w:type="dxa"/>
            <w:tcMar>
              <w:top w:w="100" w:type="dxa"/>
              <w:left w:w="150" w:type="dxa"/>
              <w:bottom w:w="100" w:type="dxa"/>
              <w:right w:w="150" w:type="dxa"/>
            </w:tcMar>
          </w:tcPr>
          <w:p w14:paraId="32292D5F" w14:textId="77777777" w:rsidR="00A223D3" w:rsidRPr="00E757D4" w:rsidRDefault="0030509A">
            <w:pPr>
              <w:rPr>
                <w:rFonts w:asciiTheme="minorEastAsia" w:hAnsiTheme="minorEastAsia"/>
              </w:rPr>
            </w:pPr>
            <w:r w:rsidRPr="00E757D4">
              <w:rPr>
                <w:rFonts w:asciiTheme="minorEastAsia" w:hAnsiTheme="minorEastAsia"/>
                <w:color w:val="000000"/>
                <w:sz w:val="20"/>
                <w:lang w:eastAsia="ja-JP"/>
              </w:rPr>
              <w:t xml:space="preserve">　　　　　　　　　　　　　　　　　　　　</w:t>
            </w:r>
            <w:r w:rsidRPr="00E757D4">
              <w:rPr>
                <w:rFonts w:asciiTheme="minorEastAsia" w:hAnsiTheme="minorEastAsia"/>
                <w:color w:val="000000"/>
                <w:sz w:val="20"/>
              </w:rPr>
              <w:t>印</w:t>
            </w:r>
          </w:p>
        </w:tc>
      </w:tr>
      <w:tr w:rsidR="00A223D3" w:rsidRPr="00E757D4" w14:paraId="4F9F98FC" w14:textId="77777777">
        <w:trPr>
          <w:jc w:val="center"/>
        </w:trPr>
        <w:tc>
          <w:tcPr>
            <w:tcW w:w="2880" w:type="dxa"/>
            <w:shd w:val="clear" w:color="auto" w:fill="F2F2F2"/>
            <w:tcMar>
              <w:top w:w="100" w:type="dxa"/>
              <w:left w:w="150" w:type="dxa"/>
              <w:bottom w:w="100" w:type="dxa"/>
              <w:right w:w="150" w:type="dxa"/>
            </w:tcMar>
          </w:tcPr>
          <w:p w14:paraId="5224DF80" w14:textId="77777777" w:rsidR="00A223D3" w:rsidRPr="00E757D4" w:rsidRDefault="0030509A">
            <w:pPr>
              <w:rPr>
                <w:rFonts w:asciiTheme="minorEastAsia" w:hAnsiTheme="minorEastAsia"/>
              </w:rPr>
            </w:pPr>
            <w:r w:rsidRPr="00E757D4">
              <w:rPr>
                <w:rFonts w:asciiTheme="minorEastAsia" w:hAnsiTheme="minorEastAsia"/>
                <w:b/>
                <w:color w:val="000000"/>
                <w:sz w:val="20"/>
              </w:rPr>
              <w:t>印</w:t>
            </w:r>
          </w:p>
        </w:tc>
        <w:tc>
          <w:tcPr>
            <w:tcW w:w="6480" w:type="dxa"/>
            <w:tcMar>
              <w:top w:w="100" w:type="dxa"/>
              <w:left w:w="150" w:type="dxa"/>
              <w:bottom w:w="100" w:type="dxa"/>
              <w:right w:w="150" w:type="dxa"/>
            </w:tcMar>
          </w:tcPr>
          <w:p w14:paraId="4F31E90E" w14:textId="77777777" w:rsidR="00A223D3" w:rsidRDefault="0030509A">
            <w:pPr>
              <w:rPr>
                <w:rFonts w:asciiTheme="minorEastAsia" w:hAnsiTheme="minorEastAsia"/>
                <w:color w:val="000000"/>
                <w:sz w:val="20"/>
                <w:lang w:eastAsia="ja-JP"/>
              </w:rPr>
            </w:pPr>
            <w:r w:rsidRPr="00E757D4">
              <w:rPr>
                <w:rFonts w:asciiTheme="minorEastAsia" w:hAnsiTheme="minorEastAsia"/>
                <w:color w:val="000000"/>
                <w:sz w:val="20"/>
                <w:lang w:eastAsia="ja-JP"/>
              </w:rPr>
              <w:t>（実印または使用印）</w:t>
            </w:r>
          </w:p>
          <w:p w14:paraId="07AABAA9" w14:textId="77777777" w:rsidR="00E757D4" w:rsidRDefault="00E757D4">
            <w:pPr>
              <w:rPr>
                <w:rFonts w:asciiTheme="minorEastAsia" w:hAnsiTheme="minorEastAsia"/>
                <w:color w:val="000000"/>
                <w:sz w:val="20"/>
                <w:lang w:eastAsia="ja-JP"/>
              </w:rPr>
            </w:pPr>
          </w:p>
          <w:p w14:paraId="6B9F0C16" w14:textId="77777777" w:rsidR="00E757D4" w:rsidRPr="00E757D4" w:rsidRDefault="00E757D4">
            <w:pPr>
              <w:rPr>
                <w:rFonts w:asciiTheme="minorEastAsia" w:hAnsiTheme="minorEastAsia"/>
                <w:lang w:eastAsia="ja-JP"/>
              </w:rPr>
            </w:pPr>
          </w:p>
        </w:tc>
      </w:tr>
      <w:tr w:rsidR="00A223D3" w:rsidRPr="00E757D4" w14:paraId="7B64FB69" w14:textId="77777777">
        <w:trPr>
          <w:jc w:val="center"/>
        </w:trPr>
        <w:tc>
          <w:tcPr>
            <w:tcW w:w="2880" w:type="dxa"/>
            <w:shd w:val="clear" w:color="auto" w:fill="F2F2F2"/>
            <w:tcMar>
              <w:top w:w="100" w:type="dxa"/>
              <w:left w:w="150" w:type="dxa"/>
              <w:bottom w:w="100" w:type="dxa"/>
              <w:right w:w="150" w:type="dxa"/>
            </w:tcMar>
          </w:tcPr>
          <w:p w14:paraId="65064E7D" w14:textId="77777777" w:rsidR="00174B76" w:rsidRDefault="0030509A">
            <w:pPr>
              <w:rPr>
                <w:rFonts w:asciiTheme="minorEastAsia" w:hAnsiTheme="minorEastAsia"/>
                <w:b/>
                <w:color w:val="000000"/>
                <w:sz w:val="20"/>
                <w:lang w:eastAsia="ja-JP"/>
              </w:rPr>
            </w:pPr>
            <w:r w:rsidRPr="00E757D4">
              <w:rPr>
                <w:rFonts w:asciiTheme="minorEastAsia" w:hAnsiTheme="minorEastAsia"/>
                <w:b/>
                <w:color w:val="000000"/>
                <w:sz w:val="20"/>
                <w:lang w:eastAsia="ja-JP"/>
              </w:rPr>
              <w:t>連絡担当者</w:t>
            </w:r>
          </w:p>
          <w:p w14:paraId="38BCD217" w14:textId="124E685C" w:rsidR="00A223D3" w:rsidRPr="00E757D4" w:rsidRDefault="0030509A">
            <w:pPr>
              <w:rPr>
                <w:rFonts w:asciiTheme="minorEastAsia" w:hAnsiTheme="minorEastAsia"/>
                <w:lang w:eastAsia="ja-JP"/>
              </w:rPr>
            </w:pPr>
            <w:r w:rsidRPr="00E757D4">
              <w:rPr>
                <w:rFonts w:asciiTheme="minorEastAsia" w:hAnsiTheme="minorEastAsia"/>
                <w:b/>
                <w:color w:val="000000"/>
                <w:sz w:val="20"/>
                <w:lang w:eastAsia="ja-JP"/>
              </w:rPr>
              <w:t>（職・氏名・連絡先）</w:t>
            </w:r>
          </w:p>
        </w:tc>
        <w:tc>
          <w:tcPr>
            <w:tcW w:w="6480" w:type="dxa"/>
            <w:tcMar>
              <w:top w:w="100" w:type="dxa"/>
              <w:left w:w="150" w:type="dxa"/>
              <w:bottom w:w="100" w:type="dxa"/>
              <w:right w:w="150" w:type="dxa"/>
            </w:tcMar>
          </w:tcPr>
          <w:p w14:paraId="3ED48E54" w14:textId="77777777" w:rsidR="00A223D3" w:rsidRPr="00E757D4" w:rsidRDefault="0030509A">
            <w:pPr>
              <w:rPr>
                <w:rFonts w:asciiTheme="minorEastAsia" w:hAnsiTheme="minorEastAsia"/>
              </w:rPr>
            </w:pPr>
            <w:r w:rsidRPr="00E757D4">
              <w:rPr>
                <w:rFonts w:asciiTheme="minorEastAsia" w:hAnsiTheme="minorEastAsia"/>
                <w:color w:val="000000"/>
                <w:sz w:val="20"/>
              </w:rPr>
              <w:t>所属・職・氏名：</w:t>
            </w:r>
            <w:r w:rsidRPr="00E757D4">
              <w:rPr>
                <w:rFonts w:asciiTheme="minorEastAsia" w:hAnsiTheme="minorEastAsia"/>
                <w:color w:val="000000"/>
                <w:sz w:val="20"/>
              </w:rPr>
              <w:br/>
              <w:t>TEL：</w:t>
            </w:r>
            <w:r w:rsidRPr="00E757D4">
              <w:rPr>
                <w:rFonts w:asciiTheme="minorEastAsia" w:hAnsiTheme="minorEastAsia"/>
                <w:color w:val="000000"/>
                <w:sz w:val="20"/>
              </w:rPr>
              <w:br/>
              <w:t>FAX：</w:t>
            </w:r>
            <w:r w:rsidRPr="00E757D4">
              <w:rPr>
                <w:rFonts w:asciiTheme="minorEastAsia" w:hAnsiTheme="minorEastAsia"/>
                <w:color w:val="000000"/>
                <w:sz w:val="20"/>
              </w:rPr>
              <w:br/>
              <w:t>E-mail：</w:t>
            </w:r>
          </w:p>
        </w:tc>
      </w:tr>
    </w:tbl>
    <w:p w14:paraId="26587958" w14:textId="2B33D9DF" w:rsidR="001A40B8" w:rsidRPr="00E757D4" w:rsidRDefault="0030509A" w:rsidP="001A40B8">
      <w:pPr>
        <w:spacing w:before="600" w:line="300" w:lineRule="exact"/>
        <w:rPr>
          <w:rFonts w:asciiTheme="minorEastAsia" w:hAnsiTheme="minorEastAsia"/>
          <w:lang w:eastAsia="ja-JP"/>
        </w:rPr>
      </w:pPr>
      <w:r w:rsidRPr="00E757D4">
        <w:rPr>
          <w:rFonts w:asciiTheme="minorEastAsia" w:hAnsiTheme="minorEastAsia"/>
          <w:color w:val="000000"/>
          <w:lang w:eastAsia="ja-JP"/>
        </w:rPr>
        <w:t xml:space="preserve">　地方独立行政法人京都市産業技術研究所が実施する「京都府内分析・計測機器関連企業サプライチェーン等現状調査及びＰＲ資料作成業務」に係る公募型プロポーザルに参加したいので、関係書類を添えて参加表明書を提出します。</w:t>
      </w:r>
      <w:r w:rsidRPr="00E757D4">
        <w:rPr>
          <w:rFonts w:asciiTheme="minorEastAsia" w:hAnsiTheme="minorEastAsia"/>
          <w:color w:val="000000"/>
          <w:lang w:eastAsia="ja-JP"/>
        </w:rPr>
        <w:br/>
      </w:r>
      <w:r w:rsidRPr="00E757D4">
        <w:rPr>
          <w:rFonts w:asciiTheme="minorEastAsia" w:hAnsiTheme="minorEastAsia"/>
          <w:color w:val="000000"/>
          <w:lang w:eastAsia="ja-JP"/>
        </w:rPr>
        <w:br/>
        <w:t>なお、募集要項に掲げる応募資格要件を全て満たしていることを誓約します。</w:t>
      </w:r>
    </w:p>
    <w:sectPr w:rsidR="001A40B8" w:rsidRPr="00E757D4"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DCA2" w14:textId="77777777" w:rsidR="00065615" w:rsidRDefault="00065615" w:rsidP="00E757D4">
      <w:pPr>
        <w:spacing w:after="0" w:line="240" w:lineRule="auto"/>
      </w:pPr>
      <w:r>
        <w:separator/>
      </w:r>
    </w:p>
  </w:endnote>
  <w:endnote w:type="continuationSeparator" w:id="0">
    <w:p w14:paraId="7D4BE7DE" w14:textId="77777777" w:rsidR="00065615" w:rsidRDefault="00065615" w:rsidP="00E75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A3229" w14:textId="77777777" w:rsidR="00065615" w:rsidRDefault="00065615" w:rsidP="00E757D4">
      <w:pPr>
        <w:spacing w:after="0" w:line="240" w:lineRule="auto"/>
      </w:pPr>
      <w:r>
        <w:separator/>
      </w:r>
    </w:p>
  </w:footnote>
  <w:footnote w:type="continuationSeparator" w:id="0">
    <w:p w14:paraId="13199FC8" w14:textId="77777777" w:rsidR="00065615" w:rsidRDefault="00065615" w:rsidP="00E757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73570025">
    <w:abstractNumId w:val="8"/>
  </w:num>
  <w:num w:numId="2" w16cid:durableId="142086487">
    <w:abstractNumId w:val="6"/>
  </w:num>
  <w:num w:numId="3" w16cid:durableId="1644701746">
    <w:abstractNumId w:val="5"/>
  </w:num>
  <w:num w:numId="4" w16cid:durableId="292754045">
    <w:abstractNumId w:val="4"/>
  </w:num>
  <w:num w:numId="5" w16cid:durableId="478157866">
    <w:abstractNumId w:val="7"/>
  </w:num>
  <w:num w:numId="6" w16cid:durableId="1532566509">
    <w:abstractNumId w:val="3"/>
  </w:num>
  <w:num w:numId="7" w16cid:durableId="607616709">
    <w:abstractNumId w:val="2"/>
  </w:num>
  <w:num w:numId="8" w16cid:durableId="135074198">
    <w:abstractNumId w:val="1"/>
  </w:num>
  <w:num w:numId="9" w16cid:durableId="2088528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615"/>
    <w:rsid w:val="0015074B"/>
    <w:rsid w:val="00174B76"/>
    <w:rsid w:val="001A40B8"/>
    <w:rsid w:val="0029639D"/>
    <w:rsid w:val="0030509A"/>
    <w:rsid w:val="00305BE2"/>
    <w:rsid w:val="00326F90"/>
    <w:rsid w:val="006C1579"/>
    <w:rsid w:val="00A223D3"/>
    <w:rsid w:val="00A602EC"/>
    <w:rsid w:val="00AA1D8D"/>
    <w:rsid w:val="00AE25B7"/>
    <w:rsid w:val="00B47730"/>
    <w:rsid w:val="00CB0664"/>
    <w:rsid w:val="00E757D4"/>
    <w:rsid w:val="00E855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1AC50AC"/>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302</Characters>
  <Application>Microsoft Office Word</Application>
  <DocSecurity>0</DocSecurity>
  <Lines>2</Lines>
  <Paragraphs>1</Paragraphs>
  <ScaleCrop>false</ScaleCrop>
  <Manager/>
  <Company/>
  <LinksUpToDate>false</LinksUpToDate>
  <CharactersWithSpaces>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2026-10-23T08:12:00Z</dcterms:created>
  <dcterms:modified xsi:type="dcterms:W3CDTF">2026-10-23T08:12:00Z</dcterms:modified>
  <cp:category/>
</cp:coreProperties>
</file>